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1D508" w14:textId="40337CED" w:rsidR="006A5026" w:rsidRDefault="002D5ACF" w:rsidP="003006FD">
      <w:pPr>
        <w:pStyle w:val="Heading1"/>
        <w:spacing w:before="0"/>
        <w:jc w:val="center"/>
        <w:rPr>
          <w:rFonts w:ascii="Times New Roman" w:hAnsi="Times New Roman" w:cs="Times New Roman"/>
          <w:color w:val="000000" w:themeColor="text1"/>
          <w:u w:val="single"/>
          <w:lang w:val="lt-LT"/>
        </w:rPr>
      </w:pPr>
      <w:r w:rsidRPr="00C55006">
        <w:rPr>
          <w:rFonts w:ascii="Times New Roman" w:hAnsi="Times New Roman" w:cs="Times New Roman"/>
          <w:color w:val="auto"/>
          <w:u w:val="single"/>
          <w:lang w:val="lt-LT"/>
        </w:rPr>
        <w:t xml:space="preserve">Rekomendacijos </w:t>
      </w:r>
      <w:r w:rsidR="00045CE5">
        <w:rPr>
          <w:rFonts w:ascii="Times New Roman" w:hAnsi="Times New Roman" w:cs="Times New Roman"/>
          <w:color w:val="auto"/>
          <w:u w:val="single"/>
          <w:lang w:val="lt-LT"/>
        </w:rPr>
        <w:t xml:space="preserve">dėl </w:t>
      </w:r>
      <w:r w:rsidRPr="00C55006">
        <w:rPr>
          <w:rFonts w:ascii="Times New Roman" w:hAnsi="Times New Roman" w:cs="Times New Roman"/>
          <w:color w:val="auto"/>
          <w:u w:val="single"/>
          <w:lang w:val="lt-LT"/>
        </w:rPr>
        <w:t>mokėjimo prašymo</w:t>
      </w:r>
      <w:r w:rsidR="00EF5707" w:rsidRPr="00C55006">
        <w:rPr>
          <w:rFonts w:ascii="Times New Roman" w:hAnsi="Times New Roman" w:cs="Times New Roman"/>
          <w:color w:val="auto"/>
          <w:u w:val="single"/>
          <w:lang w:val="lt-LT"/>
        </w:rPr>
        <w:t xml:space="preserve"> </w:t>
      </w:r>
      <w:r w:rsidR="00EF5707" w:rsidRPr="00C55006">
        <w:rPr>
          <w:rFonts w:ascii="Times New Roman" w:hAnsi="Times New Roman" w:cs="Times New Roman"/>
          <w:color w:val="000000" w:themeColor="text1"/>
          <w:u w:val="single"/>
          <w:lang w:val="lt-LT"/>
        </w:rPr>
        <w:t>ir pirkimo</w:t>
      </w:r>
      <w:r w:rsidRPr="00C55006">
        <w:rPr>
          <w:rFonts w:ascii="Times New Roman" w:hAnsi="Times New Roman" w:cs="Times New Roman"/>
          <w:color w:val="000000" w:themeColor="text1"/>
          <w:u w:val="single"/>
          <w:lang w:val="lt-LT"/>
        </w:rPr>
        <w:t xml:space="preserve"> dokumentų pateikimo</w:t>
      </w:r>
    </w:p>
    <w:p w14:paraId="15E88A2D" w14:textId="1F3C67D6" w:rsidR="00F52324" w:rsidRPr="009F1DE9" w:rsidRDefault="00F52324" w:rsidP="000979DA">
      <w:pPr>
        <w:spacing w:before="240" w:after="120"/>
        <w:ind w:firstLine="720"/>
        <w:jc w:val="both"/>
        <w:rPr>
          <w:rFonts w:ascii="Times New Roman" w:hAnsi="Times New Roman" w:cs="Times New Roman"/>
          <w:b/>
          <w:sz w:val="24"/>
          <w:szCs w:val="24"/>
          <w:lang w:val="lt-LT"/>
        </w:rPr>
      </w:pPr>
      <w:r w:rsidRPr="009F1DE9">
        <w:rPr>
          <w:rFonts w:ascii="Times New Roman" w:hAnsi="Times New Roman" w:cs="Times New Roman"/>
          <w:b/>
          <w:color w:val="000000" w:themeColor="text1"/>
          <w:sz w:val="24"/>
          <w:szCs w:val="24"/>
          <w:lang w:val="lt-LT"/>
        </w:rPr>
        <w:t xml:space="preserve">Tikslas – </w:t>
      </w:r>
      <w:r w:rsidRPr="009F1DE9">
        <w:rPr>
          <w:rFonts w:ascii="Times New Roman" w:hAnsi="Times New Roman" w:cs="Times New Roman"/>
          <w:color w:val="000000" w:themeColor="text1"/>
          <w:sz w:val="24"/>
          <w:szCs w:val="24"/>
          <w:lang w:val="lt-LT"/>
        </w:rPr>
        <w:t>pateikti mokėjimo prašymo</w:t>
      </w:r>
      <w:r w:rsidR="00F738EA" w:rsidRPr="009F1DE9">
        <w:rPr>
          <w:rFonts w:ascii="Times New Roman" w:hAnsi="Times New Roman" w:cs="Times New Roman"/>
          <w:color w:val="000000" w:themeColor="text1"/>
          <w:sz w:val="24"/>
          <w:szCs w:val="24"/>
          <w:lang w:val="lt-LT"/>
        </w:rPr>
        <w:t>, pirkimo</w:t>
      </w:r>
      <w:r w:rsidRPr="009F1DE9">
        <w:rPr>
          <w:rFonts w:ascii="Times New Roman" w:hAnsi="Times New Roman" w:cs="Times New Roman"/>
          <w:color w:val="000000" w:themeColor="text1"/>
          <w:sz w:val="24"/>
          <w:szCs w:val="24"/>
          <w:lang w:val="lt-LT"/>
        </w:rPr>
        <w:t xml:space="preserve"> doku</w:t>
      </w:r>
      <w:r w:rsidRPr="009F1DE9">
        <w:rPr>
          <w:rFonts w:ascii="Times New Roman" w:hAnsi="Times New Roman" w:cs="Times New Roman"/>
          <w:sz w:val="24"/>
          <w:szCs w:val="24"/>
          <w:lang w:val="lt-LT"/>
        </w:rPr>
        <w:t>mentus</w:t>
      </w:r>
      <w:r w:rsidR="00C35018" w:rsidRPr="009F1DE9">
        <w:rPr>
          <w:rFonts w:ascii="Times New Roman" w:hAnsi="Times New Roman" w:cs="Times New Roman"/>
          <w:sz w:val="24"/>
          <w:szCs w:val="24"/>
          <w:lang w:val="lt-LT"/>
        </w:rPr>
        <w:t xml:space="preserve"> </w:t>
      </w:r>
      <w:r w:rsidRPr="009F1DE9">
        <w:rPr>
          <w:rFonts w:ascii="Times New Roman" w:hAnsi="Times New Roman" w:cs="Times New Roman"/>
          <w:sz w:val="24"/>
          <w:szCs w:val="24"/>
          <w:lang w:val="lt-LT"/>
        </w:rPr>
        <w:t>taip, kad jų vertinimas būtų greitesnis ir sumažėtų poreikis teikti papildom</w:t>
      </w:r>
      <w:r w:rsidR="00465445" w:rsidRPr="009F1DE9">
        <w:rPr>
          <w:rFonts w:ascii="Times New Roman" w:hAnsi="Times New Roman" w:cs="Times New Roman"/>
          <w:sz w:val="24"/>
          <w:szCs w:val="24"/>
          <w:lang w:val="lt-LT"/>
        </w:rPr>
        <w:t>us</w:t>
      </w:r>
      <w:r w:rsidRPr="009F1DE9">
        <w:rPr>
          <w:rFonts w:ascii="Times New Roman" w:hAnsi="Times New Roman" w:cs="Times New Roman"/>
          <w:sz w:val="24"/>
          <w:szCs w:val="24"/>
          <w:lang w:val="lt-LT"/>
        </w:rPr>
        <w:t xml:space="preserve"> paklausimus bei informaciją</w:t>
      </w:r>
      <w:r w:rsidR="004D2D7E" w:rsidRPr="009F1DE9">
        <w:rPr>
          <w:rFonts w:ascii="Times New Roman" w:hAnsi="Times New Roman" w:cs="Times New Roman"/>
          <w:sz w:val="24"/>
          <w:szCs w:val="24"/>
          <w:lang w:val="lt-LT"/>
        </w:rPr>
        <w:t xml:space="preserve">, t. y. </w:t>
      </w:r>
      <w:r w:rsidR="00731684">
        <w:rPr>
          <w:rFonts w:ascii="Times New Roman" w:hAnsi="Times New Roman" w:cs="Times New Roman"/>
          <w:sz w:val="24"/>
          <w:szCs w:val="24"/>
          <w:lang w:val="lt-LT"/>
        </w:rPr>
        <w:t>grupuojant</w:t>
      </w:r>
      <w:r w:rsidR="004D2D7E" w:rsidRPr="009F1DE9">
        <w:rPr>
          <w:rFonts w:ascii="Times New Roman" w:hAnsi="Times New Roman" w:cs="Times New Roman"/>
          <w:sz w:val="24"/>
          <w:szCs w:val="24"/>
          <w:lang w:val="lt-LT"/>
        </w:rPr>
        <w:t xml:space="preserve"> juos pagal išlaidų rūšis (kategorijas)</w:t>
      </w:r>
      <w:r w:rsidRPr="009F1DE9">
        <w:rPr>
          <w:rFonts w:ascii="Times New Roman" w:hAnsi="Times New Roman" w:cs="Times New Roman"/>
          <w:sz w:val="24"/>
          <w:szCs w:val="24"/>
          <w:lang w:val="lt-LT"/>
        </w:rPr>
        <w:t>.</w:t>
      </w:r>
    </w:p>
    <w:p w14:paraId="3B25B413" w14:textId="77777777" w:rsidR="006A5026" w:rsidRPr="004E4C75" w:rsidRDefault="002D5ACF" w:rsidP="004E4C75">
      <w:pPr>
        <w:pStyle w:val="Heading2"/>
        <w:spacing w:before="120"/>
        <w:ind w:firstLine="709"/>
        <w:jc w:val="both"/>
        <w:rPr>
          <w:rFonts w:ascii="Times New Roman" w:hAnsi="Times New Roman" w:cs="Times New Roman"/>
          <w:sz w:val="24"/>
          <w:szCs w:val="24"/>
          <w:lang w:val="lt-LT"/>
        </w:rPr>
      </w:pPr>
      <w:r w:rsidRPr="004E4C75">
        <w:rPr>
          <w:rFonts w:ascii="Times New Roman" w:hAnsi="Times New Roman" w:cs="Times New Roman"/>
          <w:sz w:val="24"/>
          <w:szCs w:val="24"/>
          <w:lang w:val="lt-LT"/>
        </w:rPr>
        <w:t>1. Dokumentų grupavimo principas</w:t>
      </w:r>
    </w:p>
    <w:p w14:paraId="34BC12AF" w14:textId="6B2ACFAC" w:rsidR="00173A2F" w:rsidRPr="009F1DE9" w:rsidRDefault="00F52324" w:rsidP="004E4C75">
      <w:pPr>
        <w:spacing w:after="120"/>
        <w:ind w:firstLine="720"/>
        <w:jc w:val="both"/>
        <w:rPr>
          <w:rFonts w:ascii="Times New Roman" w:hAnsi="Times New Roman" w:cs="Times New Roman"/>
          <w:sz w:val="24"/>
          <w:szCs w:val="24"/>
          <w:lang w:val="lt-LT"/>
        </w:rPr>
      </w:pPr>
      <w:r w:rsidRPr="009F1DE9">
        <w:rPr>
          <w:rFonts w:ascii="Times New Roman" w:hAnsi="Times New Roman" w:cs="Times New Roman"/>
          <w:sz w:val="24"/>
          <w:szCs w:val="24"/>
          <w:lang w:val="lt-LT"/>
        </w:rPr>
        <w:t>Rekomenduojama dokumentus pateikti atskir</w:t>
      </w:r>
      <w:r w:rsidR="00347BBF">
        <w:rPr>
          <w:rFonts w:ascii="Times New Roman" w:hAnsi="Times New Roman" w:cs="Times New Roman"/>
          <w:sz w:val="24"/>
          <w:szCs w:val="24"/>
          <w:lang w:val="lt-LT"/>
        </w:rPr>
        <w:t xml:space="preserve">ais elektroniniais </w:t>
      </w:r>
      <w:r w:rsidR="00347BBF" w:rsidRPr="009F1DE9">
        <w:rPr>
          <w:rFonts w:ascii="Times New Roman" w:hAnsi="Times New Roman" w:cs="Times New Roman"/>
          <w:sz w:val="24"/>
          <w:szCs w:val="24"/>
          <w:lang w:val="lt-LT"/>
        </w:rPr>
        <w:t>aplankais</w:t>
      </w:r>
      <w:r w:rsidR="00CF143F" w:rsidRPr="009F1DE9">
        <w:rPr>
          <w:rFonts w:ascii="Times New Roman" w:hAnsi="Times New Roman" w:cs="Times New Roman"/>
          <w:sz w:val="24"/>
          <w:szCs w:val="24"/>
          <w:lang w:val="lt-LT"/>
        </w:rPr>
        <w:t>, juos grupuojant dviem lygiais: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536"/>
        <w:gridCol w:w="1361"/>
        <w:gridCol w:w="4535"/>
      </w:tblGrid>
      <w:tr w:rsidR="006B0893" w14:paraId="73DDFAC4" w14:textId="3A7DC0AC" w:rsidTr="004E4C75">
        <w:tc>
          <w:tcPr>
            <w:tcW w:w="4536" w:type="dxa"/>
            <w:shd w:val="clear" w:color="auto" w:fill="D9D9D9" w:themeFill="background1" w:themeFillShade="D9"/>
          </w:tcPr>
          <w:p w14:paraId="3197DC2A" w14:textId="48C4CB84" w:rsidR="006B0893" w:rsidRPr="005C08D6" w:rsidRDefault="006B0893" w:rsidP="00BE7615">
            <w:pPr>
              <w:pStyle w:val="ListParagraph"/>
              <w:numPr>
                <w:ilvl w:val="0"/>
                <w:numId w:val="13"/>
              </w:numPr>
              <w:tabs>
                <w:tab w:val="left" w:pos="460"/>
              </w:tabs>
              <w:ind w:left="460" w:hanging="283"/>
              <w:rPr>
                <w:rFonts w:ascii="Times New Roman" w:hAnsi="Times New Roman" w:cs="Times New Roman"/>
                <w:lang w:val="lt-LT"/>
              </w:rPr>
            </w:pPr>
            <w:r w:rsidRPr="00023961">
              <w:rPr>
                <w:rFonts w:ascii="Times New Roman" w:hAnsi="Times New Roman" w:cs="Times New Roman"/>
                <w:b/>
                <w:bCs/>
                <w:color w:val="000000" w:themeColor="text1"/>
                <w:lang w:val="lt-LT"/>
              </w:rPr>
              <w:t>I lygis</w:t>
            </w:r>
            <w:r w:rsidRPr="00023961">
              <w:rPr>
                <w:rFonts w:ascii="Times New Roman" w:hAnsi="Times New Roman" w:cs="Times New Roman"/>
                <w:color w:val="000000" w:themeColor="text1"/>
                <w:lang w:val="lt-LT"/>
              </w:rPr>
              <w:t xml:space="preserve"> </w:t>
            </w:r>
            <w:r w:rsidRPr="005C08D6">
              <w:rPr>
                <w:rFonts w:ascii="Times New Roman" w:hAnsi="Times New Roman" w:cs="Times New Roman"/>
                <w:lang w:val="lt-LT"/>
              </w:rPr>
              <w:t xml:space="preserve">– </w:t>
            </w:r>
            <w:r w:rsidRPr="005C08D6">
              <w:rPr>
                <w:rFonts w:ascii="Times New Roman" w:hAnsi="Times New Roman" w:cs="Times New Roman"/>
                <w:b/>
                <w:bCs/>
                <w:lang w:val="lt-LT"/>
              </w:rPr>
              <w:t>pagal išlaidų rūšį</w:t>
            </w:r>
            <w:r w:rsidRPr="005C08D6">
              <w:rPr>
                <w:rFonts w:ascii="Times New Roman" w:hAnsi="Times New Roman" w:cs="Times New Roman"/>
                <w:lang w:val="lt-LT"/>
              </w:rPr>
              <w:t>, pvz.:</w:t>
            </w:r>
            <w:r w:rsidRPr="005C08D6">
              <w:rPr>
                <w:rFonts w:ascii="Times New Roman" w:hAnsi="Times New Roman" w:cs="Times New Roman"/>
                <w:lang w:val="lt-LT"/>
              </w:rPr>
              <w:br/>
              <w:t xml:space="preserve">   </w:t>
            </w:r>
            <w:r w:rsidRPr="005C08D6">
              <w:rPr>
                <w:rFonts w:ascii="Times New Roman" w:hAnsi="Times New Roman" w:cs="Times New Roman"/>
                <w:lang w:val="lt-LT"/>
              </w:rPr>
              <w:br/>
              <w:t>01_</w:t>
            </w:r>
            <w:r w:rsidR="00347BBF" w:rsidRPr="005C08D6">
              <w:rPr>
                <w:rFonts w:ascii="Times New Roman" w:hAnsi="Times New Roman" w:cs="Times New Roman"/>
                <w:lang w:val="lt-LT"/>
              </w:rPr>
              <w:t xml:space="preserve"> </w:t>
            </w:r>
            <w:r w:rsidR="00347BBF">
              <w:rPr>
                <w:rFonts w:ascii="Times New Roman" w:hAnsi="Times New Roman" w:cs="Times New Roman"/>
                <w:lang w:val="lt-LT"/>
              </w:rPr>
              <w:t>Pirkimai</w:t>
            </w:r>
            <w:r w:rsidRPr="005C08D6">
              <w:rPr>
                <w:rFonts w:ascii="Times New Roman" w:hAnsi="Times New Roman" w:cs="Times New Roman"/>
                <w:lang w:val="lt-LT"/>
              </w:rPr>
              <w:br/>
              <w:t xml:space="preserve">02_ </w:t>
            </w:r>
            <w:r w:rsidR="00347BBF" w:rsidRPr="005C08D6">
              <w:rPr>
                <w:rFonts w:ascii="Times New Roman" w:hAnsi="Times New Roman" w:cs="Times New Roman"/>
                <w:lang w:val="lt-LT"/>
              </w:rPr>
              <w:t>Darbo užmokestis</w:t>
            </w:r>
            <w:r w:rsidRPr="005C08D6">
              <w:rPr>
                <w:rFonts w:ascii="Times New Roman" w:hAnsi="Times New Roman" w:cs="Times New Roman"/>
                <w:lang w:val="lt-LT"/>
              </w:rPr>
              <w:br/>
              <w:t>03_</w:t>
            </w:r>
            <w:r w:rsidR="00347BBF" w:rsidRPr="005C08D6">
              <w:rPr>
                <w:rFonts w:ascii="Times New Roman" w:hAnsi="Times New Roman" w:cs="Times New Roman"/>
                <w:lang w:val="lt-LT"/>
              </w:rPr>
              <w:t xml:space="preserve"> Komandiruotės</w:t>
            </w:r>
            <w:r w:rsidRPr="005C08D6">
              <w:rPr>
                <w:rFonts w:ascii="Times New Roman" w:hAnsi="Times New Roman" w:cs="Times New Roman"/>
                <w:lang w:val="lt-LT"/>
              </w:rPr>
              <w:br/>
              <w:t>04_</w:t>
            </w:r>
            <w:r w:rsidR="00347BBF" w:rsidRPr="005C08D6">
              <w:rPr>
                <w:rFonts w:ascii="Times New Roman" w:hAnsi="Times New Roman" w:cs="Times New Roman"/>
                <w:lang w:val="lt-LT"/>
              </w:rPr>
              <w:t xml:space="preserve"> Transporto išlaidos</w:t>
            </w:r>
            <w:r w:rsidRPr="005C08D6">
              <w:rPr>
                <w:rFonts w:ascii="Times New Roman" w:hAnsi="Times New Roman" w:cs="Times New Roman"/>
                <w:lang w:val="lt-LT"/>
              </w:rPr>
              <w:br/>
              <w:t>05_</w:t>
            </w:r>
            <w:r w:rsidR="00347BBF" w:rsidRPr="005C08D6">
              <w:rPr>
                <w:rFonts w:ascii="Times New Roman" w:hAnsi="Times New Roman" w:cs="Times New Roman"/>
                <w:lang w:val="lt-LT"/>
              </w:rPr>
              <w:t xml:space="preserve"> Statyba (jei taikoma)</w:t>
            </w:r>
            <w:r w:rsidRPr="005C08D6">
              <w:rPr>
                <w:rFonts w:ascii="Times New Roman" w:hAnsi="Times New Roman" w:cs="Times New Roman"/>
                <w:lang w:val="lt-LT"/>
              </w:rPr>
              <w:br/>
              <w:t>06_</w:t>
            </w:r>
            <w:r w:rsidR="00347BBF" w:rsidRPr="005C08D6">
              <w:rPr>
                <w:rFonts w:ascii="Times New Roman" w:hAnsi="Times New Roman" w:cs="Times New Roman"/>
                <w:lang w:val="lt-LT"/>
              </w:rPr>
              <w:t xml:space="preserve"> Ilgalaikis turtas</w:t>
            </w:r>
            <w:r w:rsidRPr="005C08D6">
              <w:rPr>
                <w:rFonts w:ascii="Times New Roman" w:hAnsi="Times New Roman" w:cs="Times New Roman"/>
                <w:lang w:val="lt-LT"/>
              </w:rPr>
              <w:br/>
              <w:t>07_</w:t>
            </w:r>
            <w:r w:rsidR="00347BBF" w:rsidRPr="005C08D6">
              <w:rPr>
                <w:rFonts w:ascii="Times New Roman" w:hAnsi="Times New Roman" w:cs="Times New Roman"/>
                <w:lang w:val="lt-LT"/>
              </w:rPr>
              <w:t xml:space="preserve"> Informavimas, viešinimas</w:t>
            </w:r>
          </w:p>
          <w:p w14:paraId="26F9E6DA" w14:textId="55ADE5BE" w:rsidR="006B0893" w:rsidRDefault="00BE7615" w:rsidP="00BE7615">
            <w:pPr>
              <w:ind w:firstLine="427"/>
              <w:jc w:val="both"/>
              <w:rPr>
                <w:rFonts w:ascii="Times New Roman" w:hAnsi="Times New Roman" w:cs="Times New Roman"/>
                <w:lang w:val="lt-LT"/>
              </w:rPr>
            </w:pPr>
            <w:r>
              <w:rPr>
                <w:rFonts w:ascii="Times New Roman" w:hAnsi="Times New Roman" w:cs="Times New Roman"/>
                <w:lang w:val="lt-LT"/>
              </w:rPr>
              <w:t xml:space="preserve"> </w:t>
            </w:r>
            <w:r w:rsidR="006B0893">
              <w:rPr>
                <w:rFonts w:ascii="Times New Roman" w:hAnsi="Times New Roman" w:cs="Times New Roman"/>
                <w:lang w:val="lt-LT"/>
              </w:rPr>
              <w:t>08_</w:t>
            </w:r>
            <w:r w:rsidR="00347BBF" w:rsidRPr="005C08D6">
              <w:rPr>
                <w:rFonts w:ascii="Times New Roman" w:hAnsi="Times New Roman" w:cs="Times New Roman"/>
                <w:lang w:val="lt-LT"/>
              </w:rPr>
              <w:t xml:space="preserve"> Renginiai ir mokymai</w:t>
            </w:r>
          </w:p>
          <w:p w14:paraId="56DB018A" w14:textId="0B537FD2" w:rsidR="006B0893" w:rsidRDefault="00BE7615" w:rsidP="00BE7615">
            <w:pPr>
              <w:ind w:firstLine="427"/>
              <w:jc w:val="both"/>
              <w:rPr>
                <w:rFonts w:ascii="Times New Roman" w:hAnsi="Times New Roman" w:cs="Times New Roman"/>
                <w:lang w:val="lt-LT"/>
              </w:rPr>
            </w:pPr>
            <w:r>
              <w:rPr>
                <w:rFonts w:ascii="Times New Roman" w:hAnsi="Times New Roman" w:cs="Times New Roman"/>
                <w:lang w:val="lt-LT"/>
              </w:rPr>
              <w:t xml:space="preserve"> </w:t>
            </w:r>
            <w:r w:rsidR="006B0893">
              <w:rPr>
                <w:rFonts w:ascii="Times New Roman" w:hAnsi="Times New Roman" w:cs="Times New Roman"/>
                <w:lang w:val="lt-LT"/>
              </w:rPr>
              <w:t>09</w:t>
            </w:r>
            <w:r w:rsidR="00347BBF">
              <w:rPr>
                <w:rFonts w:ascii="Times New Roman" w:hAnsi="Times New Roman" w:cs="Times New Roman"/>
                <w:lang w:val="lt-LT"/>
              </w:rPr>
              <w:t>_</w:t>
            </w:r>
            <w:r w:rsidR="00C0693B">
              <w:rPr>
                <w:rFonts w:ascii="Times New Roman" w:hAnsi="Times New Roman" w:cs="Times New Roman"/>
                <w:lang w:val="lt-LT"/>
              </w:rPr>
              <w:t xml:space="preserve"> </w:t>
            </w:r>
            <w:r w:rsidR="006B0893" w:rsidRPr="00C54BFD">
              <w:rPr>
                <w:rFonts w:ascii="Times New Roman" w:hAnsi="Times New Roman" w:cs="Times New Roman"/>
                <w:lang w:val="lt-LT"/>
              </w:rPr>
              <w:t>Kitos išlaidos</w:t>
            </w:r>
          </w:p>
          <w:p w14:paraId="1294DC8E" w14:textId="354E5E07" w:rsidR="00347BBF" w:rsidRPr="00347BBF" w:rsidRDefault="00347BBF" w:rsidP="00D742C5">
            <w:pPr>
              <w:jc w:val="both"/>
              <w:rPr>
                <w:rFonts w:ascii="Times New Roman" w:hAnsi="Times New Roman" w:cs="Times New Roman"/>
                <w:sz w:val="16"/>
                <w:szCs w:val="16"/>
                <w:lang w:val="lt-LT"/>
              </w:rPr>
            </w:pPr>
          </w:p>
        </w:tc>
        <w:tc>
          <w:tcPr>
            <w:tcW w:w="1361" w:type="dxa"/>
          </w:tcPr>
          <w:p w14:paraId="72DE97C4" w14:textId="77777777" w:rsidR="006B0893" w:rsidRDefault="006B0893" w:rsidP="00D742C5">
            <w:pPr>
              <w:jc w:val="both"/>
              <w:rPr>
                <w:rFonts w:ascii="Segoe UI Emoji" w:hAnsi="Segoe UI Emoji" w:cs="Segoe UI Emoji"/>
                <w:lang w:val="lt-LT"/>
              </w:rPr>
            </w:pPr>
          </w:p>
          <w:p w14:paraId="2347E7EF" w14:textId="77777777" w:rsidR="00657180" w:rsidRDefault="00657180" w:rsidP="00657180">
            <w:pPr>
              <w:jc w:val="center"/>
              <w:rPr>
                <w:rFonts w:ascii="Segoe UI Emoji" w:hAnsi="Segoe UI Emoji" w:cs="Segoe UI Emoji"/>
                <w:b/>
                <w:bCs/>
                <w:lang w:val="lt-LT"/>
              </w:rPr>
            </w:pPr>
          </w:p>
          <w:p w14:paraId="6793F0AA" w14:textId="77777777" w:rsidR="00657180" w:rsidRDefault="00657180" w:rsidP="00657180">
            <w:pPr>
              <w:jc w:val="center"/>
              <w:rPr>
                <w:rFonts w:ascii="Segoe UI Emoji" w:hAnsi="Segoe UI Emoji" w:cs="Segoe UI Emoji"/>
                <w:b/>
                <w:bCs/>
                <w:lang w:val="lt-LT"/>
              </w:rPr>
            </w:pPr>
          </w:p>
          <w:p w14:paraId="4922EEEC" w14:textId="05434586" w:rsidR="00657180" w:rsidRDefault="00657180" w:rsidP="00657180">
            <w:pPr>
              <w:jc w:val="center"/>
              <w:rPr>
                <w:rFonts w:ascii="Segoe UI Emoji" w:hAnsi="Segoe UI Emoji" w:cs="Segoe UI Emoji"/>
                <w:b/>
                <w:bCs/>
                <w:lang w:val="lt-LT"/>
              </w:rPr>
            </w:pPr>
          </w:p>
          <w:p w14:paraId="2ECDBEF5" w14:textId="00CEDA82" w:rsidR="006B0893" w:rsidRPr="00657180" w:rsidRDefault="002E6595" w:rsidP="00657180">
            <w:pPr>
              <w:jc w:val="center"/>
              <w:rPr>
                <w:rFonts w:ascii="Segoe UI Emoji" w:hAnsi="Segoe UI Emoji" w:cs="Segoe UI Emoji"/>
                <w:b/>
                <w:bCs/>
                <w:lang w:val="lt-LT"/>
              </w:rPr>
            </w:pPr>
            <w:r>
              <w:rPr>
                <w:rFonts w:ascii="Segoe UI Emoji" w:hAnsi="Segoe UI Emoji" w:cs="Segoe UI Emoji"/>
                <w:b/>
                <w:bCs/>
                <w:noProof/>
                <w:lang w:val="lt-LT"/>
              </w:rPr>
              <mc:AlternateContent>
                <mc:Choice Requires="wps">
                  <w:drawing>
                    <wp:anchor distT="0" distB="0" distL="114300" distR="114300" simplePos="0" relativeHeight="251676672" behindDoc="0" locked="0" layoutInCell="1" allowOverlap="1" wp14:anchorId="619AFB1D" wp14:editId="1A6BDE03">
                      <wp:simplePos x="0" y="0"/>
                      <wp:positionH relativeFrom="column">
                        <wp:posOffset>62534</wp:posOffset>
                      </wp:positionH>
                      <wp:positionV relativeFrom="paragraph">
                        <wp:posOffset>26371</wp:posOffset>
                      </wp:positionV>
                      <wp:extent cx="634790" cy="381331"/>
                      <wp:effectExtent l="0" t="0" r="0" b="0"/>
                      <wp:wrapNone/>
                      <wp:docPr id="210324219" name="Arrow: Right 15"/>
                      <wp:cNvGraphicFramePr/>
                      <a:graphic xmlns:a="http://schemas.openxmlformats.org/drawingml/2006/main">
                        <a:graphicData uri="http://schemas.microsoft.com/office/word/2010/wordprocessingShape">
                          <wps:wsp>
                            <wps:cNvSpPr/>
                            <wps:spPr>
                              <a:xfrm>
                                <a:off x="0" y="0"/>
                                <a:ext cx="634790" cy="381331"/>
                              </a:xfrm>
                              <a:prstGeom prst="rightArrow">
                                <a:avLst/>
                              </a:prstGeom>
                              <a:solidFill>
                                <a:schemeClr val="bg1">
                                  <a:lumMod val="8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E1163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5" o:spid="_x0000_s1026" type="#_x0000_t13" style="position:absolute;margin-left:4.9pt;margin-top:2.1pt;width:50pt;height:30.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" adj="15112" fillcolor="#d8d8d8 [2732]" stroked="f">
                      <v:stroke joinstyle="round"/>
                    </v:shape>
                  </w:pict>
                </mc:Fallback>
              </mc:AlternateContent>
            </w:r>
          </w:p>
        </w:tc>
        <w:tc>
          <w:tcPr>
            <w:tcW w:w="4535" w:type="dxa"/>
            <w:shd w:val="clear" w:color="auto" w:fill="D9D9D9" w:themeFill="background1" w:themeFillShade="D9"/>
          </w:tcPr>
          <w:p w14:paraId="7876FCE0" w14:textId="55C506B3" w:rsidR="006B0893" w:rsidRPr="00657180" w:rsidRDefault="009F1DE9" w:rsidP="00C55006">
            <w:pPr>
              <w:pStyle w:val="ListParagraph"/>
              <w:numPr>
                <w:ilvl w:val="0"/>
                <w:numId w:val="13"/>
              </w:numPr>
              <w:ind w:left="317" w:hanging="286"/>
              <w:rPr>
                <w:rFonts w:ascii="Times New Roman" w:hAnsi="Times New Roman" w:cs="Times New Roman"/>
                <w:b/>
                <w:bCs/>
                <w:color w:val="0070C0"/>
                <w:lang w:val="lt-LT"/>
              </w:rPr>
            </w:pPr>
            <w:r w:rsidRPr="00023961">
              <w:rPr>
                <w:rFonts w:ascii="Times New Roman" w:hAnsi="Times New Roman" w:cs="Times New Roman"/>
                <w:b/>
                <w:bCs/>
                <w:color w:val="000000" w:themeColor="text1"/>
                <w:lang w:val="lt-LT"/>
              </w:rPr>
              <w:t xml:space="preserve">II lygis </w:t>
            </w:r>
            <w:r w:rsidRPr="00657180">
              <w:rPr>
                <w:rFonts w:ascii="Times New Roman" w:hAnsi="Times New Roman" w:cs="Times New Roman"/>
                <w:b/>
                <w:bCs/>
                <w:lang w:val="lt-LT"/>
              </w:rPr>
              <w:t>– pagal konkretų išlaidų objektą</w:t>
            </w:r>
            <w:r w:rsidRPr="00657180">
              <w:rPr>
                <w:rFonts w:ascii="Times New Roman" w:hAnsi="Times New Roman" w:cs="Times New Roman"/>
                <w:lang w:val="lt-LT"/>
              </w:rPr>
              <w:t>, pvz.:</w:t>
            </w:r>
          </w:p>
          <w:p w14:paraId="555C307A" w14:textId="77777777" w:rsidR="009F1DE9" w:rsidRDefault="009F1DE9" w:rsidP="00657180">
            <w:pPr>
              <w:rPr>
                <w:rFonts w:ascii="Times New Roman" w:hAnsi="Times New Roman" w:cs="Times New Roman"/>
                <w:u w:val="single"/>
                <w:lang w:val="lt-LT"/>
              </w:rPr>
            </w:pPr>
          </w:p>
          <w:p w14:paraId="2BAF61AF" w14:textId="77777777" w:rsidR="00657180" w:rsidRDefault="00657180" w:rsidP="00657180">
            <w:pPr>
              <w:rPr>
                <w:rFonts w:ascii="Times New Roman" w:hAnsi="Times New Roman" w:cs="Times New Roman"/>
                <w:u w:val="single"/>
                <w:lang w:val="lt-LT"/>
              </w:rPr>
            </w:pPr>
          </w:p>
          <w:p w14:paraId="518366C7" w14:textId="4321899C" w:rsidR="009F1DE9" w:rsidRPr="00657180" w:rsidRDefault="009F1DE9" w:rsidP="00657180">
            <w:pPr>
              <w:pStyle w:val="ListParagraph"/>
              <w:numPr>
                <w:ilvl w:val="0"/>
                <w:numId w:val="11"/>
              </w:numPr>
              <w:rPr>
                <w:rFonts w:ascii="Times New Roman" w:hAnsi="Times New Roman" w:cs="Times New Roman"/>
                <w:lang w:val="lt-LT"/>
              </w:rPr>
            </w:pPr>
            <w:r w:rsidRPr="00657180">
              <w:rPr>
                <w:rFonts w:ascii="Times New Roman" w:hAnsi="Times New Roman" w:cs="Times New Roman"/>
                <w:lang w:val="lt-LT"/>
              </w:rPr>
              <w:t xml:space="preserve">kiekvieną komandiruotę; </w:t>
            </w:r>
          </w:p>
          <w:p w14:paraId="6BC72CAC" w14:textId="77777777" w:rsidR="009F1DE9" w:rsidRPr="00657180" w:rsidRDefault="009F1DE9" w:rsidP="00657180">
            <w:pPr>
              <w:pStyle w:val="ListParagraph"/>
              <w:numPr>
                <w:ilvl w:val="0"/>
                <w:numId w:val="11"/>
              </w:numPr>
              <w:rPr>
                <w:rFonts w:ascii="Times New Roman" w:hAnsi="Times New Roman" w:cs="Times New Roman"/>
                <w:lang w:val="lt-LT"/>
              </w:rPr>
            </w:pPr>
            <w:r w:rsidRPr="00657180">
              <w:rPr>
                <w:rFonts w:ascii="Times New Roman" w:hAnsi="Times New Roman" w:cs="Times New Roman"/>
                <w:lang w:val="lt-LT"/>
              </w:rPr>
              <w:t xml:space="preserve">kiekvieną pirkimą; </w:t>
            </w:r>
          </w:p>
          <w:p w14:paraId="3C358F11" w14:textId="77777777" w:rsidR="009F1DE9" w:rsidRPr="00657180" w:rsidRDefault="009F1DE9" w:rsidP="00657180">
            <w:pPr>
              <w:pStyle w:val="ListParagraph"/>
              <w:numPr>
                <w:ilvl w:val="0"/>
                <w:numId w:val="11"/>
              </w:numPr>
              <w:rPr>
                <w:rFonts w:ascii="Times New Roman" w:hAnsi="Times New Roman" w:cs="Times New Roman"/>
                <w:lang w:val="lt-LT"/>
              </w:rPr>
            </w:pPr>
            <w:r w:rsidRPr="00657180">
              <w:rPr>
                <w:rFonts w:ascii="Times New Roman" w:hAnsi="Times New Roman" w:cs="Times New Roman"/>
                <w:lang w:val="lt-LT"/>
              </w:rPr>
              <w:t xml:space="preserve">kiekvieną renginį ar mokymus; </w:t>
            </w:r>
          </w:p>
          <w:p w14:paraId="4F489169" w14:textId="29019172" w:rsidR="009F1DE9" w:rsidRPr="00657180" w:rsidRDefault="009F1DE9" w:rsidP="00657180">
            <w:pPr>
              <w:pStyle w:val="ListParagraph"/>
              <w:numPr>
                <w:ilvl w:val="0"/>
                <w:numId w:val="11"/>
              </w:numPr>
              <w:rPr>
                <w:rFonts w:ascii="Times New Roman" w:hAnsi="Times New Roman" w:cs="Times New Roman"/>
                <w:lang w:val="lt-LT"/>
              </w:rPr>
            </w:pPr>
            <w:r w:rsidRPr="00657180">
              <w:rPr>
                <w:rFonts w:ascii="Times New Roman" w:hAnsi="Times New Roman" w:cs="Times New Roman"/>
                <w:lang w:val="lt-LT"/>
              </w:rPr>
              <w:t xml:space="preserve">kiekvieną viešinimo veiklą; </w:t>
            </w:r>
          </w:p>
          <w:p w14:paraId="05554BF2" w14:textId="7667ED41" w:rsidR="009F1DE9" w:rsidRPr="009F1DE9" w:rsidRDefault="009F1DE9" w:rsidP="00657180">
            <w:pPr>
              <w:pStyle w:val="ListParagraph"/>
              <w:numPr>
                <w:ilvl w:val="0"/>
                <w:numId w:val="11"/>
              </w:numPr>
              <w:rPr>
                <w:rFonts w:ascii="Segoe UI Emoji" w:hAnsi="Segoe UI Emoji" w:cs="Segoe UI Emoji"/>
                <w:lang w:val="lt-LT"/>
              </w:rPr>
            </w:pPr>
            <w:r w:rsidRPr="00657180">
              <w:rPr>
                <w:rFonts w:ascii="Times New Roman" w:hAnsi="Times New Roman" w:cs="Times New Roman"/>
                <w:lang w:val="lt-LT"/>
              </w:rPr>
              <w:t>kitą atskirą išlaidų objektą.</w:t>
            </w:r>
          </w:p>
        </w:tc>
      </w:tr>
    </w:tbl>
    <w:p w14:paraId="30092013" w14:textId="05F75E17" w:rsidR="009F1DE9" w:rsidRPr="009F1DE9" w:rsidRDefault="006B0893" w:rsidP="00D742C5">
      <w:pPr>
        <w:spacing w:after="120"/>
        <w:jc w:val="both"/>
        <w:rPr>
          <w:rFonts w:ascii="Times New Roman" w:hAnsi="Times New Roman" w:cs="Times New Roman"/>
          <w:sz w:val="24"/>
          <w:szCs w:val="24"/>
          <w:lang w:val="lt-LT"/>
        </w:rPr>
      </w:pPr>
      <w:r w:rsidRPr="009F1DE9">
        <w:rPr>
          <w:rFonts w:ascii="Times New Roman" w:hAnsi="Times New Roman" w:cs="Times New Roman"/>
          <w:sz w:val="24"/>
          <w:szCs w:val="24"/>
          <w:lang w:val="lt-LT"/>
        </w:rPr>
        <w:t xml:space="preserve">   </w:t>
      </w:r>
      <w:r w:rsidR="00347BBF">
        <w:rPr>
          <w:rFonts w:ascii="Times New Roman" w:hAnsi="Times New Roman" w:cs="Times New Roman"/>
          <w:sz w:val="24"/>
          <w:szCs w:val="24"/>
          <w:lang w:val="lt-LT"/>
        </w:rPr>
        <w:tab/>
      </w:r>
      <w:r w:rsidR="009F1DE9" w:rsidRPr="009F1DE9">
        <w:rPr>
          <w:rFonts w:ascii="Times New Roman" w:hAnsi="Times New Roman" w:cs="Times New Roman"/>
          <w:sz w:val="24"/>
          <w:szCs w:val="24"/>
          <w:lang w:val="lt-LT"/>
        </w:rPr>
        <w:t>Vienam išlaidų objektui priklausantys dokumentai turėtų būti pateikiami viename elektroniniame aplanke.</w:t>
      </w:r>
    </w:p>
    <w:tbl>
      <w:tblPr>
        <w:tblStyle w:val="TableGrid"/>
        <w:tblW w:w="10490" w:type="dxa"/>
        <w:tblInd w:w="-5"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firstRow="1" w:lastRow="0" w:firstColumn="1" w:lastColumn="0" w:noHBand="0" w:noVBand="1"/>
      </w:tblPr>
      <w:tblGrid>
        <w:gridCol w:w="10490"/>
      </w:tblGrid>
      <w:tr w:rsidR="009F786A" w:rsidRPr="009F1DE9" w14:paraId="7BFFBA44" w14:textId="77777777" w:rsidTr="004E4C75">
        <w:tc>
          <w:tcPr>
            <w:tcW w:w="10490" w:type="dxa"/>
            <w:shd w:val="clear" w:color="auto" w:fill="F2DBDB" w:themeFill="accent2" w:themeFillTint="33"/>
          </w:tcPr>
          <w:p w14:paraId="29429FF8" w14:textId="7866603E" w:rsidR="009F786A" w:rsidRPr="009F1DE9" w:rsidRDefault="009F786A" w:rsidP="00B72C29">
            <w:pPr>
              <w:spacing w:after="60"/>
              <w:ind w:left="318" w:hanging="284"/>
              <w:jc w:val="both"/>
              <w:rPr>
                <w:rFonts w:ascii="Times New Roman" w:hAnsi="Times New Roman" w:cs="Times New Roman"/>
                <w:sz w:val="24"/>
                <w:szCs w:val="24"/>
                <w:lang w:val="lt-LT"/>
              </w:rPr>
            </w:pPr>
            <w:r w:rsidRPr="00B72C29">
              <w:rPr>
                <w:rFonts w:ascii="Times New Roman" w:hAnsi="Times New Roman" w:cs="Times New Roman"/>
                <w:b/>
                <w:bCs/>
                <w:color w:val="FF0000"/>
                <w:sz w:val="36"/>
                <w:szCs w:val="36"/>
                <w:lang w:val="lt-LT"/>
              </w:rPr>
              <w:t>!</w:t>
            </w:r>
            <w:r w:rsidRPr="00B72C29">
              <w:rPr>
                <w:rFonts w:ascii="Times New Roman" w:hAnsi="Times New Roman" w:cs="Times New Roman"/>
                <w:b/>
                <w:bCs/>
                <w:color w:val="FF0000"/>
                <w:sz w:val="24"/>
                <w:szCs w:val="24"/>
                <w:lang w:val="lt-LT"/>
              </w:rPr>
              <w:t xml:space="preserve"> </w:t>
            </w:r>
            <w:r w:rsidR="00347BBF">
              <w:rPr>
                <w:rFonts w:ascii="Times New Roman" w:hAnsi="Times New Roman" w:cs="Times New Roman"/>
                <w:b/>
                <w:bCs/>
                <w:color w:val="FF0000"/>
                <w:sz w:val="24"/>
                <w:szCs w:val="24"/>
                <w:lang w:val="lt-LT"/>
              </w:rPr>
              <w:t xml:space="preserve"> </w:t>
            </w:r>
            <w:r w:rsidRPr="000F0441">
              <w:rPr>
                <w:rFonts w:ascii="Times New Roman" w:hAnsi="Times New Roman" w:cs="Times New Roman"/>
                <w:b/>
                <w:bCs/>
                <w:color w:val="000000" w:themeColor="text1"/>
                <w:sz w:val="24"/>
                <w:szCs w:val="24"/>
                <w:lang w:val="lt-LT"/>
              </w:rPr>
              <w:t xml:space="preserve">Pirkimo dokumentus </w:t>
            </w:r>
            <w:r w:rsidRPr="000F0441">
              <w:rPr>
                <w:rFonts w:ascii="Times New Roman" w:hAnsi="Times New Roman" w:cs="Times New Roman"/>
                <w:color w:val="000000" w:themeColor="text1"/>
                <w:sz w:val="24"/>
                <w:szCs w:val="24"/>
                <w:lang w:val="lt-LT"/>
              </w:rPr>
              <w:t xml:space="preserve">rekomenduojame pateikti NMA vertinimui iš karto </w:t>
            </w:r>
            <w:r w:rsidR="009F1DE9" w:rsidRPr="000F0441">
              <w:rPr>
                <w:rFonts w:ascii="Times New Roman" w:hAnsi="Times New Roman" w:cs="Times New Roman"/>
                <w:color w:val="000000" w:themeColor="text1"/>
                <w:sz w:val="24"/>
                <w:szCs w:val="24"/>
                <w:lang w:val="lt-LT"/>
              </w:rPr>
              <w:t>po pirkimo procedūrų užbaigimo, nelaukiant mokėjimo prašymo pateikimo</w:t>
            </w:r>
            <w:r w:rsidRPr="000F0441">
              <w:rPr>
                <w:rFonts w:ascii="Times New Roman" w:hAnsi="Times New Roman" w:cs="Times New Roman"/>
                <w:color w:val="000000" w:themeColor="text1"/>
                <w:sz w:val="24"/>
                <w:szCs w:val="24"/>
                <w:lang w:val="lt-LT"/>
              </w:rPr>
              <w:t>.</w:t>
            </w:r>
          </w:p>
        </w:tc>
      </w:tr>
    </w:tbl>
    <w:p w14:paraId="5534DACD" w14:textId="096EF558" w:rsidR="006A5026" w:rsidRPr="004E4C75" w:rsidRDefault="002D5ACF" w:rsidP="004E4C75">
      <w:pPr>
        <w:pStyle w:val="Heading2"/>
        <w:ind w:firstLine="709"/>
        <w:jc w:val="both"/>
        <w:rPr>
          <w:rFonts w:ascii="Times New Roman" w:hAnsi="Times New Roman" w:cs="Times New Roman"/>
          <w:sz w:val="24"/>
          <w:szCs w:val="24"/>
          <w:lang w:val="lt-LT"/>
        </w:rPr>
      </w:pPr>
      <w:r w:rsidRPr="004E4C75">
        <w:rPr>
          <w:rFonts w:ascii="Times New Roman" w:hAnsi="Times New Roman" w:cs="Times New Roman"/>
          <w:sz w:val="24"/>
          <w:szCs w:val="24"/>
          <w:lang w:val="lt-LT"/>
        </w:rPr>
        <w:t xml:space="preserve">2. </w:t>
      </w:r>
      <w:r w:rsidR="009F1DE9" w:rsidRPr="004E4C75">
        <w:rPr>
          <w:rFonts w:ascii="Times New Roman" w:hAnsi="Times New Roman" w:cs="Times New Roman"/>
          <w:sz w:val="24"/>
          <w:szCs w:val="24"/>
          <w:lang w:val="lt-LT"/>
        </w:rPr>
        <w:t>Rekomenduojama dokumentų struktūra</w:t>
      </w:r>
    </w:p>
    <w:tbl>
      <w:tblPr>
        <w:tblStyle w:val="TableGrid"/>
        <w:tblW w:w="10490" w:type="dxa"/>
        <w:tblInd w:w="-5" w:type="dxa"/>
        <w:tblLook w:val="04A0" w:firstRow="1" w:lastRow="0" w:firstColumn="1" w:lastColumn="0" w:noHBand="0" w:noVBand="1"/>
      </w:tblPr>
      <w:tblGrid>
        <w:gridCol w:w="2127"/>
        <w:gridCol w:w="3402"/>
        <w:gridCol w:w="4961"/>
      </w:tblGrid>
      <w:tr w:rsidR="00CF143F" w:rsidRPr="00A919EC" w14:paraId="39F18A28" w14:textId="558819D1" w:rsidTr="00023961">
        <w:trPr>
          <w:tblHeader/>
        </w:trPr>
        <w:tc>
          <w:tcPr>
            <w:tcW w:w="2127" w:type="dxa"/>
            <w:tcBorders>
              <w:bottom w:val="double" w:sz="4" w:space="0" w:color="auto"/>
            </w:tcBorders>
            <w:shd w:val="clear" w:color="auto" w:fill="D9D9D9" w:themeFill="background1" w:themeFillShade="D9"/>
          </w:tcPr>
          <w:p w14:paraId="67BAC55C" w14:textId="65AD0732" w:rsidR="00CF143F" w:rsidRPr="00A919EC" w:rsidRDefault="004844F8" w:rsidP="00D742C5">
            <w:pPr>
              <w:jc w:val="both"/>
              <w:rPr>
                <w:rFonts w:ascii="Times New Roman" w:hAnsi="Times New Roman" w:cs="Times New Roman"/>
                <w:b/>
                <w:bCs/>
                <w:lang w:val="lt-LT"/>
              </w:rPr>
            </w:pPr>
            <w:r w:rsidRPr="00A919EC">
              <w:rPr>
                <w:rFonts w:ascii="Times New Roman" w:hAnsi="Times New Roman" w:cs="Times New Roman"/>
                <w:b/>
                <w:bCs/>
                <w:lang w:val="lt-LT"/>
              </w:rPr>
              <w:t>Grupė</w:t>
            </w:r>
          </w:p>
        </w:tc>
        <w:tc>
          <w:tcPr>
            <w:tcW w:w="3402" w:type="dxa"/>
            <w:tcBorders>
              <w:bottom w:val="double" w:sz="4" w:space="0" w:color="auto"/>
            </w:tcBorders>
            <w:shd w:val="clear" w:color="auto" w:fill="D9D9D9" w:themeFill="background1" w:themeFillShade="D9"/>
          </w:tcPr>
          <w:p w14:paraId="033240EE" w14:textId="5A2C52BA" w:rsidR="00CF143F" w:rsidRPr="00A919EC" w:rsidRDefault="004844F8" w:rsidP="00D742C5">
            <w:pPr>
              <w:jc w:val="both"/>
              <w:rPr>
                <w:rFonts w:ascii="Times New Roman" w:hAnsi="Times New Roman" w:cs="Times New Roman"/>
                <w:b/>
                <w:bCs/>
                <w:lang w:val="lt-LT"/>
              </w:rPr>
            </w:pPr>
            <w:r w:rsidRPr="00A919EC">
              <w:rPr>
                <w:rFonts w:ascii="Times New Roman" w:hAnsi="Times New Roman" w:cs="Times New Roman"/>
                <w:b/>
                <w:bCs/>
                <w:lang w:val="lt-LT"/>
              </w:rPr>
              <w:t>Aplankas</w:t>
            </w:r>
            <w:r w:rsidR="00CF143F" w:rsidRPr="00A919EC">
              <w:rPr>
                <w:rFonts w:ascii="Times New Roman" w:hAnsi="Times New Roman" w:cs="Times New Roman"/>
                <w:b/>
                <w:bCs/>
                <w:lang w:val="lt-LT"/>
              </w:rPr>
              <w:t xml:space="preserve"> </w:t>
            </w:r>
            <w:r w:rsidR="00DE1002" w:rsidRPr="00A919EC">
              <w:rPr>
                <w:rFonts w:ascii="Times New Roman" w:hAnsi="Times New Roman" w:cs="Times New Roman"/>
                <w:b/>
                <w:bCs/>
                <w:lang w:val="lt-LT"/>
              </w:rPr>
              <w:t>(pvz.)</w:t>
            </w:r>
          </w:p>
        </w:tc>
        <w:tc>
          <w:tcPr>
            <w:tcW w:w="4961" w:type="dxa"/>
            <w:tcBorders>
              <w:bottom w:val="double" w:sz="4" w:space="0" w:color="auto"/>
            </w:tcBorders>
            <w:shd w:val="clear" w:color="auto" w:fill="D9D9D9" w:themeFill="background1" w:themeFillShade="D9"/>
          </w:tcPr>
          <w:p w14:paraId="61535824" w14:textId="4B023A06" w:rsidR="00CF143F" w:rsidRPr="00A919EC" w:rsidRDefault="004844F8" w:rsidP="00D742C5">
            <w:pPr>
              <w:jc w:val="both"/>
              <w:rPr>
                <w:rFonts w:ascii="Times New Roman" w:hAnsi="Times New Roman" w:cs="Times New Roman"/>
                <w:b/>
                <w:bCs/>
                <w:lang w:val="lt-LT"/>
              </w:rPr>
            </w:pPr>
            <w:r w:rsidRPr="00A919EC">
              <w:rPr>
                <w:rFonts w:ascii="Times New Roman" w:hAnsi="Times New Roman" w:cs="Times New Roman"/>
                <w:b/>
                <w:bCs/>
                <w:lang w:val="lt-LT"/>
              </w:rPr>
              <w:t>Kiekvieno aplanko sudėtis</w:t>
            </w:r>
          </w:p>
        </w:tc>
      </w:tr>
      <w:tr w:rsidR="00C0693B" w:rsidRPr="00A919EC" w14:paraId="103077A4" w14:textId="77777777" w:rsidTr="00023961">
        <w:tc>
          <w:tcPr>
            <w:tcW w:w="2127" w:type="dxa"/>
            <w:tcBorders>
              <w:top w:val="double" w:sz="4" w:space="0" w:color="auto"/>
              <w:bottom w:val="single" w:sz="4" w:space="0" w:color="auto"/>
            </w:tcBorders>
          </w:tcPr>
          <w:p w14:paraId="506E3317" w14:textId="34150ABF" w:rsidR="00C0693B" w:rsidRPr="00A919EC" w:rsidRDefault="00C0693B" w:rsidP="00C0693B">
            <w:pPr>
              <w:jc w:val="both"/>
              <w:rPr>
                <w:rFonts w:ascii="Times New Roman" w:hAnsi="Times New Roman" w:cs="Times New Roman"/>
                <w:lang w:val="lt-LT"/>
              </w:rPr>
            </w:pPr>
            <w:r w:rsidRPr="00A919EC">
              <w:rPr>
                <w:rFonts w:ascii="Times New Roman" w:hAnsi="Times New Roman" w:cs="Times New Roman"/>
                <w:lang w:val="lt-LT"/>
              </w:rPr>
              <w:t>0</w:t>
            </w:r>
            <w:r>
              <w:rPr>
                <w:rFonts w:ascii="Times New Roman" w:hAnsi="Times New Roman" w:cs="Times New Roman"/>
                <w:lang w:val="lt-LT"/>
              </w:rPr>
              <w:t>1</w:t>
            </w:r>
            <w:r w:rsidRPr="00A919EC">
              <w:rPr>
                <w:rFonts w:ascii="Times New Roman" w:hAnsi="Times New Roman" w:cs="Times New Roman"/>
                <w:lang w:val="lt-LT"/>
              </w:rPr>
              <w:t>_Pirkimai</w:t>
            </w:r>
            <w:r>
              <w:rPr>
                <w:rFonts w:ascii="Times New Roman" w:hAnsi="Times New Roman" w:cs="Times New Roman"/>
                <w:lang w:val="lt-LT"/>
              </w:rPr>
              <w:t>*</w:t>
            </w:r>
          </w:p>
        </w:tc>
        <w:tc>
          <w:tcPr>
            <w:tcW w:w="3402" w:type="dxa"/>
            <w:tcBorders>
              <w:top w:val="double" w:sz="4" w:space="0" w:color="auto"/>
              <w:bottom w:val="single" w:sz="4" w:space="0" w:color="auto"/>
            </w:tcBorders>
          </w:tcPr>
          <w:p w14:paraId="434DA24A" w14:textId="77777777" w:rsidR="00C0693B" w:rsidRDefault="00C0693B" w:rsidP="00C0693B">
            <w:pPr>
              <w:jc w:val="both"/>
              <w:rPr>
                <w:rFonts w:ascii="Times New Roman" w:hAnsi="Times New Roman" w:cs="Times New Roman"/>
                <w:lang w:val="lt-LT"/>
              </w:rPr>
            </w:pPr>
            <w:r w:rsidRPr="00A919EC">
              <w:rPr>
                <w:rFonts w:ascii="Times New Roman" w:hAnsi="Times New Roman" w:cs="Times New Roman"/>
                <w:i/>
                <w:iCs/>
                <w:lang w:val="lt-LT"/>
              </w:rPr>
              <w:t>Dokumentus rekomenduojama grupuoti pagal kiekvieną atskirą pirkimą</w:t>
            </w:r>
            <w:r>
              <w:rPr>
                <w:rFonts w:ascii="Times New Roman" w:hAnsi="Times New Roman" w:cs="Times New Roman"/>
                <w:i/>
                <w:iCs/>
                <w:lang w:val="lt-LT"/>
              </w:rPr>
              <w:t>:</w:t>
            </w:r>
            <w:r w:rsidRPr="00A919EC">
              <w:rPr>
                <w:rFonts w:ascii="Times New Roman" w:hAnsi="Times New Roman" w:cs="Times New Roman"/>
                <w:lang w:val="lt-LT"/>
              </w:rPr>
              <w:t xml:space="preserve"> </w:t>
            </w:r>
          </w:p>
          <w:p w14:paraId="1457B9F1" w14:textId="77777777" w:rsidR="00C0693B" w:rsidRDefault="00C0693B" w:rsidP="00C0693B">
            <w:pPr>
              <w:jc w:val="both"/>
              <w:rPr>
                <w:rFonts w:ascii="Times New Roman" w:hAnsi="Times New Roman" w:cs="Times New Roman"/>
                <w:lang w:val="lt-LT"/>
              </w:rPr>
            </w:pPr>
          </w:p>
          <w:p w14:paraId="048509DA" w14:textId="287FC724" w:rsidR="00C0693B" w:rsidRDefault="00C0693B" w:rsidP="00B72C29">
            <w:pPr>
              <w:rPr>
                <w:rStyle w:val="Strong"/>
                <w:rFonts w:ascii="Times New Roman" w:hAnsi="Times New Roman" w:cs="Times New Roman"/>
                <w:b w:val="0"/>
                <w:bCs w:val="0"/>
                <w:lang w:val="lt-LT"/>
              </w:rPr>
            </w:pPr>
            <w:r w:rsidRPr="00A919EC">
              <w:rPr>
                <w:rFonts w:ascii="Segoe UI Emoji" w:hAnsi="Segoe UI Emoji" w:cs="Segoe UI Emoji"/>
                <w:b/>
                <w:bCs/>
                <w:lang w:val="lt-LT"/>
              </w:rPr>
              <w:t>📁</w:t>
            </w:r>
            <w:r w:rsidRPr="00A919EC">
              <w:rPr>
                <w:rStyle w:val="Strong"/>
                <w:rFonts w:ascii="Times New Roman" w:hAnsi="Times New Roman" w:cs="Times New Roman"/>
                <w:b w:val="0"/>
                <w:bCs w:val="0"/>
                <w:lang w:val="lt-LT"/>
              </w:rPr>
              <w:t>P01_Kompiuterių įsigijimas</w:t>
            </w:r>
            <w:r w:rsidRPr="00A919EC">
              <w:rPr>
                <w:rFonts w:ascii="Times New Roman" w:hAnsi="Times New Roman" w:cs="Times New Roman"/>
                <w:b/>
                <w:bCs/>
                <w:lang w:val="lt-LT"/>
              </w:rPr>
              <w:t xml:space="preserve"> </w:t>
            </w:r>
            <w:r w:rsidRPr="00A919EC">
              <w:rPr>
                <w:rFonts w:ascii="Segoe UI Emoji" w:hAnsi="Segoe UI Emoji" w:cs="Segoe UI Emoji"/>
                <w:b/>
                <w:bCs/>
                <w:lang w:val="lt-LT"/>
              </w:rPr>
              <w:t>📁</w:t>
            </w:r>
            <w:r w:rsidRPr="00A919EC">
              <w:rPr>
                <w:rStyle w:val="Strong"/>
                <w:rFonts w:ascii="Times New Roman" w:hAnsi="Times New Roman" w:cs="Times New Roman"/>
                <w:b w:val="0"/>
                <w:bCs w:val="0"/>
                <w:lang w:val="lt-LT"/>
              </w:rPr>
              <w:t>P02_Konsultavimo paslaugos</w:t>
            </w:r>
            <w:r w:rsidRPr="00A919EC">
              <w:rPr>
                <w:rFonts w:ascii="Times New Roman" w:hAnsi="Times New Roman" w:cs="Times New Roman"/>
                <w:b/>
                <w:bCs/>
                <w:lang w:val="lt-LT"/>
              </w:rPr>
              <w:t xml:space="preserve"> </w:t>
            </w:r>
            <w:r w:rsidRPr="00A919EC">
              <w:rPr>
                <w:rFonts w:ascii="Segoe UI Emoji" w:hAnsi="Segoe UI Emoji" w:cs="Segoe UI Emoji"/>
                <w:b/>
                <w:bCs/>
                <w:lang w:val="lt-LT"/>
              </w:rPr>
              <w:t>📁</w:t>
            </w:r>
            <w:r w:rsidRPr="00A919EC">
              <w:rPr>
                <w:rStyle w:val="Strong"/>
                <w:rFonts w:ascii="Times New Roman" w:hAnsi="Times New Roman" w:cs="Times New Roman"/>
                <w:b w:val="0"/>
                <w:bCs w:val="0"/>
                <w:lang w:val="lt-LT"/>
              </w:rPr>
              <w:t>P03_Baldų įsigijimas</w:t>
            </w:r>
          </w:p>
          <w:p w14:paraId="2EAADF2F" w14:textId="7ED7A59E" w:rsidR="00C0693B" w:rsidRPr="00A919EC" w:rsidRDefault="00C0693B" w:rsidP="00C0693B">
            <w:pPr>
              <w:jc w:val="both"/>
              <w:rPr>
                <w:rFonts w:ascii="Segoe UI Emoji" w:hAnsi="Segoe UI Emoji" w:cs="Segoe UI Emoji"/>
                <w:lang w:val="lt-LT"/>
              </w:rPr>
            </w:pPr>
            <w:r w:rsidRPr="00A919EC">
              <w:rPr>
                <w:rFonts w:ascii="Segoe UI Emoji" w:hAnsi="Segoe UI Emoji" w:cs="Segoe UI Emoji"/>
                <w:b/>
                <w:bCs/>
                <w:lang w:val="lt-LT"/>
              </w:rPr>
              <w:t>📁</w:t>
            </w:r>
            <w:r w:rsidRPr="00A919EC">
              <w:rPr>
                <w:rStyle w:val="Strong"/>
                <w:rFonts w:ascii="Times New Roman" w:hAnsi="Times New Roman" w:cs="Times New Roman"/>
                <w:b w:val="0"/>
                <w:bCs w:val="0"/>
                <w:lang w:val="lt-LT"/>
              </w:rPr>
              <w:t>P0</w:t>
            </w:r>
            <w:r>
              <w:rPr>
                <w:rStyle w:val="Strong"/>
                <w:rFonts w:ascii="Times New Roman" w:hAnsi="Times New Roman" w:cs="Times New Roman"/>
                <w:b w:val="0"/>
                <w:bCs w:val="0"/>
                <w:lang w:val="lt-LT"/>
              </w:rPr>
              <w:t>4</w:t>
            </w:r>
            <w:r w:rsidRPr="00A919EC">
              <w:rPr>
                <w:rStyle w:val="Strong"/>
                <w:rFonts w:ascii="Times New Roman" w:hAnsi="Times New Roman" w:cs="Times New Roman"/>
                <w:b w:val="0"/>
                <w:bCs w:val="0"/>
                <w:lang w:val="lt-LT"/>
              </w:rPr>
              <w:t>_</w:t>
            </w:r>
            <w:r>
              <w:rPr>
                <w:rStyle w:val="Strong"/>
                <w:rFonts w:ascii="Times New Roman" w:hAnsi="Times New Roman" w:cs="Times New Roman"/>
                <w:b w:val="0"/>
                <w:bCs w:val="0"/>
                <w:lang w:val="lt-LT"/>
              </w:rPr>
              <w:t xml:space="preserve"> </w:t>
            </w:r>
            <w:r>
              <w:rPr>
                <w:rStyle w:val="Strong"/>
              </w:rPr>
              <w:t>…</w:t>
            </w:r>
          </w:p>
        </w:tc>
        <w:tc>
          <w:tcPr>
            <w:tcW w:w="4961" w:type="dxa"/>
            <w:tcBorders>
              <w:top w:val="double" w:sz="4" w:space="0" w:color="auto"/>
              <w:bottom w:val="single" w:sz="4" w:space="0" w:color="auto"/>
            </w:tcBorders>
          </w:tcPr>
          <w:p w14:paraId="31F98BCC" w14:textId="0361EC20" w:rsidR="00C0693B" w:rsidRPr="00A919EC" w:rsidRDefault="00C0693B" w:rsidP="00C0693B">
            <w:pPr>
              <w:jc w:val="both"/>
              <w:rPr>
                <w:rFonts w:ascii="Times New Roman" w:hAnsi="Times New Roman" w:cs="Times New Roman"/>
                <w:lang w:val="lt-LT"/>
              </w:rPr>
            </w:pPr>
            <w:r w:rsidRPr="00A919EC">
              <w:rPr>
                <w:rFonts w:ascii="Times New Roman" w:hAnsi="Times New Roman" w:cs="Times New Roman"/>
                <w:lang w:val="lt-LT"/>
              </w:rPr>
              <w:sym w:font="Wingdings" w:char="F0E0"/>
            </w:r>
            <w:r>
              <w:rPr>
                <w:rFonts w:ascii="Times New Roman" w:hAnsi="Times New Roman" w:cs="Times New Roman"/>
                <w:lang w:val="lt-LT"/>
              </w:rPr>
              <w:t xml:space="preserve"> </w:t>
            </w:r>
            <w:r w:rsidRPr="00A919EC">
              <w:rPr>
                <w:rFonts w:ascii="Times New Roman" w:hAnsi="Times New Roman" w:cs="Times New Roman"/>
                <w:lang w:val="lt-LT"/>
              </w:rPr>
              <w:t>pirkimo dokument</w:t>
            </w:r>
            <w:r w:rsidR="00D459D1">
              <w:rPr>
                <w:rFonts w:ascii="Times New Roman" w:hAnsi="Times New Roman" w:cs="Times New Roman"/>
                <w:lang w:val="lt-LT"/>
              </w:rPr>
              <w:t>ai</w:t>
            </w:r>
            <w:r w:rsidRPr="00A919EC">
              <w:rPr>
                <w:rFonts w:ascii="Times New Roman" w:hAnsi="Times New Roman" w:cs="Times New Roman"/>
                <w:lang w:val="lt-LT"/>
              </w:rPr>
              <w:t xml:space="preserve"> (skelbim</w:t>
            </w:r>
            <w:r w:rsidR="00D459D1">
              <w:rPr>
                <w:rFonts w:ascii="Times New Roman" w:hAnsi="Times New Roman" w:cs="Times New Roman"/>
                <w:lang w:val="lt-LT"/>
              </w:rPr>
              <w:t>as</w:t>
            </w:r>
            <w:r w:rsidRPr="00A919EC">
              <w:rPr>
                <w:rFonts w:ascii="Times New Roman" w:hAnsi="Times New Roman" w:cs="Times New Roman"/>
                <w:lang w:val="lt-LT"/>
              </w:rPr>
              <w:t>, kvietim</w:t>
            </w:r>
            <w:r w:rsidR="00D459D1">
              <w:rPr>
                <w:rFonts w:ascii="Times New Roman" w:hAnsi="Times New Roman" w:cs="Times New Roman"/>
                <w:lang w:val="lt-LT"/>
              </w:rPr>
              <w:t>as</w:t>
            </w:r>
            <w:r w:rsidRPr="00A919EC">
              <w:rPr>
                <w:rFonts w:ascii="Times New Roman" w:hAnsi="Times New Roman" w:cs="Times New Roman"/>
                <w:lang w:val="lt-LT"/>
              </w:rPr>
              <w:t>, technin</w:t>
            </w:r>
            <w:r w:rsidR="00D459D1">
              <w:rPr>
                <w:rFonts w:ascii="Times New Roman" w:hAnsi="Times New Roman" w:cs="Times New Roman"/>
                <w:lang w:val="lt-LT"/>
              </w:rPr>
              <w:t>ė</w:t>
            </w:r>
            <w:r w:rsidRPr="00A919EC">
              <w:rPr>
                <w:rFonts w:ascii="Times New Roman" w:hAnsi="Times New Roman" w:cs="Times New Roman"/>
                <w:lang w:val="lt-LT"/>
              </w:rPr>
              <w:t xml:space="preserve"> specifikacij</w:t>
            </w:r>
            <w:r w:rsidR="00D459D1">
              <w:rPr>
                <w:rFonts w:ascii="Times New Roman" w:hAnsi="Times New Roman" w:cs="Times New Roman"/>
                <w:lang w:val="lt-LT"/>
              </w:rPr>
              <w:t>a</w:t>
            </w:r>
            <w:r w:rsidRPr="00A919EC">
              <w:rPr>
                <w:rFonts w:ascii="Times New Roman" w:hAnsi="Times New Roman" w:cs="Times New Roman"/>
                <w:lang w:val="lt-LT"/>
              </w:rPr>
              <w:t>, pirkimo sąlyg</w:t>
            </w:r>
            <w:r w:rsidR="00D459D1">
              <w:rPr>
                <w:rFonts w:ascii="Times New Roman" w:hAnsi="Times New Roman" w:cs="Times New Roman"/>
                <w:lang w:val="lt-LT"/>
              </w:rPr>
              <w:t>o</w:t>
            </w:r>
            <w:r w:rsidRPr="00A919EC">
              <w:rPr>
                <w:rFonts w:ascii="Times New Roman" w:hAnsi="Times New Roman" w:cs="Times New Roman"/>
                <w:lang w:val="lt-LT"/>
              </w:rPr>
              <w:t>s ir jų paaiškinim</w:t>
            </w:r>
            <w:r w:rsidR="00D459D1">
              <w:rPr>
                <w:rFonts w:ascii="Times New Roman" w:hAnsi="Times New Roman" w:cs="Times New Roman"/>
                <w:lang w:val="lt-LT"/>
              </w:rPr>
              <w:t>ai</w:t>
            </w:r>
            <w:r w:rsidRPr="00A919EC">
              <w:rPr>
                <w:rFonts w:ascii="Times New Roman" w:hAnsi="Times New Roman" w:cs="Times New Roman"/>
                <w:lang w:val="lt-LT"/>
              </w:rPr>
              <w:t>, jei taikoma);</w:t>
            </w:r>
          </w:p>
          <w:p w14:paraId="4D74CC14" w14:textId="49BDEE05" w:rsidR="00C0693B" w:rsidRPr="00A919EC" w:rsidRDefault="00C0693B" w:rsidP="00C0693B">
            <w:pPr>
              <w:jc w:val="both"/>
              <w:rPr>
                <w:rFonts w:ascii="Times New Roman" w:hAnsi="Times New Roman" w:cs="Times New Roman"/>
                <w:lang w:val="lt-LT"/>
              </w:rPr>
            </w:pPr>
            <w:r w:rsidRPr="00A919EC">
              <w:rPr>
                <w:rFonts w:ascii="Times New Roman" w:hAnsi="Times New Roman" w:cs="Times New Roman"/>
                <w:lang w:val="lt-LT"/>
              </w:rPr>
              <w:sym w:font="Wingdings" w:char="F0E0"/>
            </w:r>
            <w:r>
              <w:rPr>
                <w:rFonts w:ascii="Times New Roman" w:hAnsi="Times New Roman" w:cs="Times New Roman"/>
                <w:lang w:val="lt-LT"/>
              </w:rPr>
              <w:t xml:space="preserve"> </w:t>
            </w:r>
            <w:r w:rsidRPr="00A919EC">
              <w:rPr>
                <w:rFonts w:ascii="Times New Roman" w:hAnsi="Times New Roman" w:cs="Times New Roman"/>
                <w:lang w:val="lt-LT"/>
              </w:rPr>
              <w:t>tiekėjų pasiūlym</w:t>
            </w:r>
            <w:r w:rsidR="00D459D1">
              <w:rPr>
                <w:rFonts w:ascii="Times New Roman" w:hAnsi="Times New Roman" w:cs="Times New Roman"/>
                <w:lang w:val="lt-LT"/>
              </w:rPr>
              <w:t>ai</w:t>
            </w:r>
            <w:r w:rsidRPr="00A919EC">
              <w:rPr>
                <w:rFonts w:ascii="Times New Roman" w:hAnsi="Times New Roman" w:cs="Times New Roman"/>
                <w:lang w:val="lt-LT"/>
              </w:rPr>
              <w:t xml:space="preserve"> (jei taikoma);</w:t>
            </w:r>
          </w:p>
          <w:p w14:paraId="14C5F33C" w14:textId="63B3CF13" w:rsidR="00C0693B" w:rsidRPr="00A919EC" w:rsidRDefault="00C0693B" w:rsidP="00C0693B">
            <w:pPr>
              <w:jc w:val="both"/>
              <w:rPr>
                <w:rFonts w:ascii="Times New Roman" w:hAnsi="Times New Roman" w:cs="Times New Roman"/>
                <w:lang w:val="lt-LT"/>
              </w:rPr>
            </w:pPr>
            <w:r w:rsidRPr="00A919EC">
              <w:rPr>
                <w:rFonts w:ascii="Times New Roman" w:hAnsi="Times New Roman" w:cs="Times New Roman"/>
                <w:lang w:val="lt-LT"/>
              </w:rPr>
              <w:sym w:font="Wingdings" w:char="F0E0"/>
            </w:r>
            <w:r>
              <w:rPr>
                <w:rFonts w:ascii="Times New Roman" w:hAnsi="Times New Roman" w:cs="Times New Roman"/>
                <w:lang w:val="lt-LT"/>
              </w:rPr>
              <w:t xml:space="preserve"> </w:t>
            </w:r>
            <w:r w:rsidRPr="00A919EC">
              <w:rPr>
                <w:rFonts w:ascii="Times New Roman" w:hAnsi="Times New Roman" w:cs="Times New Roman"/>
                <w:lang w:val="lt-LT"/>
              </w:rPr>
              <w:t>pirkimo komisijos ar pirkimo organizatoriaus dokument</w:t>
            </w:r>
            <w:r w:rsidR="00D459D1">
              <w:rPr>
                <w:rFonts w:ascii="Times New Roman" w:hAnsi="Times New Roman" w:cs="Times New Roman"/>
                <w:lang w:val="lt-LT"/>
              </w:rPr>
              <w:t>ai</w:t>
            </w:r>
            <w:r w:rsidRPr="00A919EC">
              <w:rPr>
                <w:rFonts w:ascii="Times New Roman" w:hAnsi="Times New Roman" w:cs="Times New Roman"/>
                <w:lang w:val="lt-LT"/>
              </w:rPr>
              <w:t xml:space="preserve"> (jei taikoma);</w:t>
            </w:r>
          </w:p>
          <w:p w14:paraId="091101B8" w14:textId="0194CFC5" w:rsidR="00C0693B" w:rsidRPr="00A919EC" w:rsidRDefault="00C0693B" w:rsidP="00C0693B">
            <w:pPr>
              <w:jc w:val="both"/>
              <w:rPr>
                <w:rFonts w:ascii="Times New Roman" w:hAnsi="Times New Roman" w:cs="Times New Roman"/>
                <w:lang w:val="lt-LT"/>
              </w:rPr>
            </w:pPr>
            <w:r w:rsidRPr="00A919EC">
              <w:rPr>
                <w:rFonts w:ascii="Times New Roman" w:hAnsi="Times New Roman" w:cs="Times New Roman"/>
                <w:lang w:val="lt-LT"/>
              </w:rPr>
              <w:sym w:font="Wingdings" w:char="F0E0"/>
            </w:r>
            <w:r>
              <w:rPr>
                <w:rFonts w:ascii="Times New Roman" w:hAnsi="Times New Roman" w:cs="Times New Roman"/>
                <w:lang w:val="lt-LT"/>
              </w:rPr>
              <w:t xml:space="preserve"> </w:t>
            </w:r>
            <w:r w:rsidRPr="00A919EC">
              <w:rPr>
                <w:rFonts w:ascii="Times New Roman" w:hAnsi="Times New Roman" w:cs="Times New Roman"/>
                <w:lang w:val="lt-LT"/>
              </w:rPr>
              <w:t>pirkimo sutart</w:t>
            </w:r>
            <w:r w:rsidR="00D459D1">
              <w:rPr>
                <w:rFonts w:ascii="Times New Roman" w:hAnsi="Times New Roman" w:cs="Times New Roman"/>
                <w:lang w:val="lt-LT"/>
              </w:rPr>
              <w:t>is</w:t>
            </w:r>
            <w:r w:rsidRPr="00A919EC">
              <w:rPr>
                <w:rFonts w:ascii="Times New Roman" w:hAnsi="Times New Roman" w:cs="Times New Roman"/>
                <w:lang w:val="lt-LT"/>
              </w:rPr>
              <w:t xml:space="preserve"> ir jos pakeitim</w:t>
            </w:r>
            <w:r w:rsidR="00D459D1">
              <w:rPr>
                <w:rFonts w:ascii="Times New Roman" w:hAnsi="Times New Roman" w:cs="Times New Roman"/>
                <w:lang w:val="lt-LT"/>
              </w:rPr>
              <w:t>ai</w:t>
            </w:r>
            <w:r w:rsidRPr="00A919EC">
              <w:rPr>
                <w:rFonts w:ascii="Times New Roman" w:hAnsi="Times New Roman" w:cs="Times New Roman"/>
                <w:lang w:val="lt-LT"/>
              </w:rPr>
              <w:t xml:space="preserve"> (jei buvo);</w:t>
            </w:r>
          </w:p>
          <w:p w14:paraId="6C7B96CE" w14:textId="1C61CF73" w:rsidR="00C0693B" w:rsidRPr="00A919EC" w:rsidRDefault="00C0693B" w:rsidP="00C0693B">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prekių, paslaugų ar darbų priėmimo–perdavimo dokument</w:t>
            </w:r>
            <w:r w:rsidR="00D459D1">
              <w:rPr>
                <w:rFonts w:ascii="Times New Roman" w:hAnsi="Times New Roman" w:cs="Times New Roman"/>
                <w:lang w:val="lt-LT"/>
              </w:rPr>
              <w:t>ai</w:t>
            </w:r>
            <w:r w:rsidRPr="00A919EC">
              <w:rPr>
                <w:rFonts w:ascii="Times New Roman" w:hAnsi="Times New Roman" w:cs="Times New Roman"/>
                <w:lang w:val="lt-LT"/>
              </w:rPr>
              <w:t>;</w:t>
            </w:r>
          </w:p>
          <w:p w14:paraId="5C55480F" w14:textId="0B918892" w:rsidR="00C0693B" w:rsidRPr="00A919EC" w:rsidRDefault="00C0693B" w:rsidP="00C0693B">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sąskait</w:t>
            </w:r>
            <w:r w:rsidR="00D459D1">
              <w:rPr>
                <w:rFonts w:ascii="Times New Roman" w:hAnsi="Times New Roman" w:cs="Times New Roman"/>
                <w:lang w:val="lt-LT"/>
              </w:rPr>
              <w:t>o</w:t>
            </w:r>
            <w:r w:rsidRPr="00A919EC">
              <w:rPr>
                <w:rFonts w:ascii="Times New Roman" w:hAnsi="Times New Roman" w:cs="Times New Roman"/>
                <w:lang w:val="lt-LT"/>
              </w:rPr>
              <w:t>s faktūr</w:t>
            </w:r>
            <w:r w:rsidR="00D459D1">
              <w:rPr>
                <w:rFonts w:ascii="Times New Roman" w:hAnsi="Times New Roman" w:cs="Times New Roman"/>
                <w:lang w:val="lt-LT"/>
              </w:rPr>
              <w:t>o</w:t>
            </w:r>
            <w:r w:rsidRPr="00A919EC">
              <w:rPr>
                <w:rFonts w:ascii="Times New Roman" w:hAnsi="Times New Roman" w:cs="Times New Roman"/>
                <w:lang w:val="lt-LT"/>
              </w:rPr>
              <w:t>s;</w:t>
            </w:r>
          </w:p>
          <w:p w14:paraId="4EBA3E97" w14:textId="5771F31A" w:rsidR="00C0693B" w:rsidRPr="00A919EC" w:rsidRDefault="00C0693B" w:rsidP="00C0693B">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mokėjimo dokument</w:t>
            </w:r>
            <w:r w:rsidR="00D459D1">
              <w:rPr>
                <w:rFonts w:ascii="Times New Roman" w:hAnsi="Times New Roman" w:cs="Times New Roman"/>
                <w:lang w:val="lt-LT"/>
              </w:rPr>
              <w:t>ai</w:t>
            </w:r>
            <w:r w:rsidRPr="00A919EC">
              <w:rPr>
                <w:rFonts w:ascii="Times New Roman" w:hAnsi="Times New Roman" w:cs="Times New Roman"/>
                <w:lang w:val="lt-LT"/>
              </w:rPr>
              <w:t>;</w:t>
            </w:r>
          </w:p>
          <w:p w14:paraId="6C40E224" w14:textId="38373C2F" w:rsidR="00C0693B" w:rsidRPr="00A919EC" w:rsidRDefault="00C0693B" w:rsidP="00C0693B">
            <w:pPr>
              <w:jc w:val="both"/>
              <w:rPr>
                <w:rFonts w:ascii="Times New Roman" w:hAnsi="Times New Roman" w:cs="Times New Roman"/>
                <w:lang w:val="lt-LT"/>
              </w:rPr>
            </w:pPr>
            <w:r w:rsidRPr="00A919EC">
              <w:rPr>
                <w:rFonts w:ascii="Times New Roman" w:hAnsi="Times New Roman" w:cs="Times New Roman"/>
                <w:lang w:val="lt-LT"/>
              </w:rPr>
              <w:sym w:font="Wingdings" w:char="F0E0"/>
            </w:r>
            <w:r>
              <w:rPr>
                <w:rFonts w:ascii="Times New Roman" w:hAnsi="Times New Roman" w:cs="Times New Roman"/>
                <w:lang w:val="lt-LT"/>
              </w:rPr>
              <w:t xml:space="preserve"> </w:t>
            </w:r>
            <w:r w:rsidRPr="00A919EC">
              <w:rPr>
                <w:rFonts w:ascii="Times New Roman" w:hAnsi="Times New Roman" w:cs="Times New Roman"/>
                <w:lang w:val="lt-LT"/>
              </w:rPr>
              <w:t>kit</w:t>
            </w:r>
            <w:r w:rsidR="00D459D1">
              <w:rPr>
                <w:rFonts w:ascii="Times New Roman" w:hAnsi="Times New Roman" w:cs="Times New Roman"/>
                <w:lang w:val="lt-LT"/>
              </w:rPr>
              <w:t>i</w:t>
            </w:r>
            <w:r w:rsidRPr="00A919EC">
              <w:rPr>
                <w:rFonts w:ascii="Times New Roman" w:hAnsi="Times New Roman" w:cs="Times New Roman"/>
                <w:lang w:val="lt-LT"/>
              </w:rPr>
              <w:t xml:space="preserve"> su konkrečiu pirkimu susij</w:t>
            </w:r>
            <w:r w:rsidR="00D459D1">
              <w:rPr>
                <w:rFonts w:ascii="Times New Roman" w:hAnsi="Times New Roman" w:cs="Times New Roman"/>
                <w:lang w:val="lt-LT"/>
              </w:rPr>
              <w:t>ę</w:t>
            </w:r>
            <w:r w:rsidRPr="00A919EC">
              <w:rPr>
                <w:rFonts w:ascii="Times New Roman" w:hAnsi="Times New Roman" w:cs="Times New Roman"/>
                <w:lang w:val="lt-LT"/>
              </w:rPr>
              <w:t xml:space="preserve"> dokument</w:t>
            </w:r>
            <w:r w:rsidR="00D459D1">
              <w:rPr>
                <w:rFonts w:ascii="Times New Roman" w:hAnsi="Times New Roman" w:cs="Times New Roman"/>
                <w:lang w:val="lt-LT"/>
              </w:rPr>
              <w:t>ai</w:t>
            </w:r>
            <w:r w:rsidRPr="00A919EC">
              <w:rPr>
                <w:rFonts w:ascii="Times New Roman" w:hAnsi="Times New Roman" w:cs="Times New Roman"/>
                <w:lang w:val="lt-LT"/>
              </w:rPr>
              <w:t>.</w:t>
            </w:r>
          </w:p>
        </w:tc>
      </w:tr>
      <w:tr w:rsidR="00CF143F" w:rsidRPr="00A919EC" w14:paraId="44D8940E" w14:textId="55694886" w:rsidTr="004E4C75">
        <w:tc>
          <w:tcPr>
            <w:tcW w:w="2127" w:type="dxa"/>
            <w:tcBorders>
              <w:top w:val="single" w:sz="4" w:space="0" w:color="auto"/>
            </w:tcBorders>
          </w:tcPr>
          <w:p w14:paraId="024DF402" w14:textId="03A755E2" w:rsidR="00CF143F" w:rsidRPr="00A919EC" w:rsidRDefault="00DE1002" w:rsidP="00B72C29">
            <w:pPr>
              <w:rPr>
                <w:rFonts w:ascii="Times New Roman" w:hAnsi="Times New Roman" w:cs="Times New Roman"/>
                <w:lang w:val="lt-LT"/>
              </w:rPr>
            </w:pPr>
            <w:r w:rsidRPr="00A919EC">
              <w:rPr>
                <w:rFonts w:ascii="Times New Roman" w:hAnsi="Times New Roman" w:cs="Times New Roman"/>
                <w:lang w:val="lt-LT"/>
              </w:rPr>
              <w:t>0</w:t>
            </w:r>
            <w:r w:rsidR="00C0693B">
              <w:rPr>
                <w:rFonts w:ascii="Times New Roman" w:hAnsi="Times New Roman" w:cs="Times New Roman"/>
                <w:lang w:val="lt-LT"/>
              </w:rPr>
              <w:t>2</w:t>
            </w:r>
            <w:r w:rsidR="004844F8" w:rsidRPr="00A919EC">
              <w:rPr>
                <w:rFonts w:ascii="Times New Roman" w:hAnsi="Times New Roman" w:cs="Times New Roman"/>
                <w:lang w:val="lt-LT"/>
              </w:rPr>
              <w:t>_</w:t>
            </w:r>
            <w:r w:rsidRPr="00A919EC">
              <w:rPr>
                <w:rFonts w:ascii="Times New Roman" w:hAnsi="Times New Roman" w:cs="Times New Roman"/>
                <w:lang w:val="lt-LT"/>
              </w:rPr>
              <w:t xml:space="preserve"> </w:t>
            </w:r>
            <w:r w:rsidR="00CF143F" w:rsidRPr="00A919EC">
              <w:rPr>
                <w:rFonts w:ascii="Times New Roman" w:hAnsi="Times New Roman" w:cs="Times New Roman"/>
                <w:lang w:val="lt-LT"/>
              </w:rPr>
              <w:t>Darbo užmokestis</w:t>
            </w:r>
          </w:p>
        </w:tc>
        <w:tc>
          <w:tcPr>
            <w:tcW w:w="3402" w:type="dxa"/>
            <w:tcBorders>
              <w:top w:val="single" w:sz="4" w:space="0" w:color="auto"/>
            </w:tcBorders>
          </w:tcPr>
          <w:p w14:paraId="789B4520" w14:textId="22AA474C" w:rsidR="004844F8" w:rsidRPr="00A919EC" w:rsidRDefault="004844F8"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DU01_2026-01</w:t>
            </w:r>
          </w:p>
          <w:p w14:paraId="62ED4AC7" w14:textId="797DE168" w:rsidR="004844F8" w:rsidRPr="00A919EC" w:rsidRDefault="004844F8"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DU02_2026-02 </w:t>
            </w:r>
          </w:p>
          <w:p w14:paraId="0396A22F" w14:textId="6D3D58D3" w:rsidR="00CF143F" w:rsidRPr="00A919EC" w:rsidRDefault="004844F8"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DU03_2026-03</w:t>
            </w:r>
          </w:p>
        </w:tc>
        <w:tc>
          <w:tcPr>
            <w:tcW w:w="4961" w:type="dxa"/>
            <w:tcBorders>
              <w:top w:val="single" w:sz="4" w:space="0" w:color="auto"/>
            </w:tcBorders>
          </w:tcPr>
          <w:p w14:paraId="015CD6F2" w14:textId="131CC9B5" w:rsidR="004844F8" w:rsidRPr="00A919EC" w:rsidRDefault="004844F8"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darbo užmokesčio apskaičiavimo dokumentai; </w:t>
            </w:r>
          </w:p>
          <w:p w14:paraId="61AEA5CE" w14:textId="343E8E27" w:rsidR="004844F8" w:rsidRPr="00A919EC" w:rsidRDefault="004844F8"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darbo laiko apskaitos dokumentai; </w:t>
            </w:r>
          </w:p>
          <w:p w14:paraId="431028A7" w14:textId="6429F346" w:rsidR="00CF143F" w:rsidRPr="00A919EC" w:rsidRDefault="004844F8"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darbo užmokesčio išmokėjimo dokumentai.</w:t>
            </w:r>
          </w:p>
        </w:tc>
      </w:tr>
      <w:tr w:rsidR="00CF143F" w:rsidRPr="00A919EC" w14:paraId="2891AD70" w14:textId="5DF45EB1" w:rsidTr="004E4C75">
        <w:tc>
          <w:tcPr>
            <w:tcW w:w="2127" w:type="dxa"/>
          </w:tcPr>
          <w:p w14:paraId="43B4C9A6" w14:textId="3A290D3F" w:rsidR="00CF143F" w:rsidRPr="00A919EC" w:rsidRDefault="00DE1002" w:rsidP="00D742C5">
            <w:pPr>
              <w:jc w:val="both"/>
              <w:rPr>
                <w:rFonts w:ascii="Times New Roman" w:hAnsi="Times New Roman" w:cs="Times New Roman"/>
                <w:lang w:val="lt-LT"/>
              </w:rPr>
            </w:pPr>
            <w:r w:rsidRPr="00A919EC">
              <w:rPr>
                <w:rFonts w:ascii="Times New Roman" w:hAnsi="Times New Roman" w:cs="Times New Roman"/>
                <w:lang w:val="lt-LT"/>
              </w:rPr>
              <w:t>0</w:t>
            </w:r>
            <w:r w:rsidR="00C0693B">
              <w:rPr>
                <w:rFonts w:ascii="Times New Roman" w:hAnsi="Times New Roman" w:cs="Times New Roman"/>
                <w:lang w:val="lt-LT"/>
              </w:rPr>
              <w:t>3</w:t>
            </w:r>
            <w:r w:rsidR="004844F8" w:rsidRPr="00A919EC">
              <w:rPr>
                <w:rFonts w:ascii="Times New Roman" w:hAnsi="Times New Roman" w:cs="Times New Roman"/>
                <w:lang w:val="lt-LT"/>
              </w:rPr>
              <w:t>_</w:t>
            </w:r>
            <w:r w:rsidRPr="00A919EC">
              <w:rPr>
                <w:rFonts w:ascii="Times New Roman" w:hAnsi="Times New Roman" w:cs="Times New Roman"/>
                <w:lang w:val="lt-LT"/>
              </w:rPr>
              <w:t xml:space="preserve"> </w:t>
            </w:r>
            <w:r w:rsidR="00CF143F" w:rsidRPr="00A919EC">
              <w:rPr>
                <w:rFonts w:ascii="Times New Roman" w:hAnsi="Times New Roman" w:cs="Times New Roman"/>
                <w:lang w:val="lt-LT"/>
              </w:rPr>
              <w:t xml:space="preserve">Komandiruotės </w:t>
            </w:r>
          </w:p>
        </w:tc>
        <w:tc>
          <w:tcPr>
            <w:tcW w:w="3402" w:type="dxa"/>
          </w:tcPr>
          <w:p w14:paraId="371BCBAC" w14:textId="77777777" w:rsidR="00DE1002" w:rsidRPr="00A919EC" w:rsidRDefault="00DE1002"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K01_Briuselis_2026-03-15 </w:t>
            </w:r>
            <w:r w:rsidRPr="00A919EC">
              <w:rPr>
                <w:rFonts w:ascii="Segoe UI Emoji" w:hAnsi="Segoe UI Emoji" w:cs="Segoe UI Emoji"/>
                <w:lang w:val="lt-LT"/>
              </w:rPr>
              <w:t>📁</w:t>
            </w:r>
            <w:r w:rsidRPr="00A919EC">
              <w:rPr>
                <w:rFonts w:ascii="Times New Roman" w:hAnsi="Times New Roman" w:cs="Times New Roman"/>
                <w:lang w:val="lt-LT"/>
              </w:rPr>
              <w:t xml:space="preserve">K02_Ryga_2026-05-10 </w:t>
            </w:r>
          </w:p>
          <w:p w14:paraId="09A8B76E" w14:textId="4061532F" w:rsidR="00CF143F" w:rsidRPr="00A919EC" w:rsidRDefault="00DE1002"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K03_...</w:t>
            </w:r>
          </w:p>
        </w:tc>
        <w:tc>
          <w:tcPr>
            <w:tcW w:w="4961" w:type="dxa"/>
          </w:tcPr>
          <w:p w14:paraId="76F39070" w14:textId="332127B5" w:rsidR="00DE1002" w:rsidRPr="00A919EC" w:rsidRDefault="00DE1002"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įsakymas (potvarkis); </w:t>
            </w:r>
          </w:p>
          <w:p w14:paraId="78F917EA" w14:textId="501E3B7B" w:rsidR="00DE1002" w:rsidRPr="00A919EC" w:rsidRDefault="00DE1002"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bilietai; </w:t>
            </w:r>
          </w:p>
          <w:p w14:paraId="07175656" w14:textId="04363D2A" w:rsidR="00DE1002" w:rsidRPr="00A919EC" w:rsidRDefault="00DE1002"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viešbučio dokumentai; </w:t>
            </w:r>
          </w:p>
          <w:p w14:paraId="2557CB21" w14:textId="16D5A221" w:rsidR="00DE1002" w:rsidRPr="00A919EC" w:rsidRDefault="00DE1002"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registracijos dokumentai; </w:t>
            </w:r>
          </w:p>
          <w:p w14:paraId="34187912" w14:textId="0D27384D" w:rsidR="00DE1002" w:rsidRPr="00A919EC" w:rsidRDefault="00DE1002"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komandiruotės ataskaita; </w:t>
            </w:r>
          </w:p>
          <w:p w14:paraId="29E97757" w14:textId="59A651E8" w:rsidR="00DE1002" w:rsidRPr="00A919EC" w:rsidRDefault="00DE1002"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mokėjimo dokumentai; </w:t>
            </w:r>
          </w:p>
          <w:p w14:paraId="02E185D8" w14:textId="443CDDDC" w:rsidR="00CF143F" w:rsidRPr="00A919EC" w:rsidRDefault="00DE1002"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kiti susiję dokumentai.</w:t>
            </w:r>
          </w:p>
        </w:tc>
      </w:tr>
      <w:tr w:rsidR="00CF143F" w:rsidRPr="00A919EC" w14:paraId="2C6997FA" w14:textId="20D86545" w:rsidTr="004E4C75">
        <w:tc>
          <w:tcPr>
            <w:tcW w:w="2127" w:type="dxa"/>
          </w:tcPr>
          <w:p w14:paraId="77B7572F" w14:textId="6A9964B1" w:rsidR="00CF143F" w:rsidRPr="00A919EC" w:rsidRDefault="00DE1002" w:rsidP="00D742C5">
            <w:pPr>
              <w:jc w:val="both"/>
              <w:rPr>
                <w:rFonts w:ascii="Times New Roman" w:hAnsi="Times New Roman" w:cs="Times New Roman"/>
                <w:lang w:val="lt-LT"/>
              </w:rPr>
            </w:pPr>
            <w:r w:rsidRPr="00A919EC">
              <w:rPr>
                <w:rFonts w:ascii="Times New Roman" w:hAnsi="Times New Roman" w:cs="Times New Roman"/>
                <w:lang w:val="lt-LT"/>
              </w:rPr>
              <w:t>0</w:t>
            </w:r>
            <w:r w:rsidR="00C0693B">
              <w:rPr>
                <w:rFonts w:ascii="Times New Roman" w:hAnsi="Times New Roman" w:cs="Times New Roman"/>
                <w:lang w:val="lt-LT"/>
              </w:rPr>
              <w:t>4</w:t>
            </w:r>
            <w:r w:rsidR="00CF143F" w:rsidRPr="00A919EC">
              <w:rPr>
                <w:rFonts w:ascii="Times New Roman" w:hAnsi="Times New Roman" w:cs="Times New Roman"/>
                <w:lang w:val="lt-LT"/>
              </w:rPr>
              <w:t>_Transportas</w:t>
            </w:r>
          </w:p>
        </w:tc>
        <w:tc>
          <w:tcPr>
            <w:tcW w:w="3402" w:type="dxa"/>
          </w:tcPr>
          <w:p w14:paraId="644D9F58" w14:textId="07BC932B" w:rsidR="00DE1002" w:rsidRPr="00A919EC" w:rsidRDefault="00DE1002"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T01_2026-01 </w:t>
            </w:r>
          </w:p>
          <w:p w14:paraId="01885029" w14:textId="3E9589B9" w:rsidR="00CF143F" w:rsidRPr="00A919EC" w:rsidRDefault="00DE1002"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T02_2026-02</w:t>
            </w:r>
          </w:p>
          <w:p w14:paraId="2577F9CC" w14:textId="1F2D2AAA" w:rsidR="00DE1002" w:rsidRPr="00A919EC" w:rsidRDefault="00D742C5" w:rsidP="00D742C5">
            <w:pPr>
              <w:jc w:val="both"/>
              <w:rPr>
                <w:rFonts w:ascii="Times New Roman" w:hAnsi="Times New Roman" w:cs="Times New Roman"/>
                <w:i/>
                <w:iCs/>
                <w:lang w:val="lt-LT"/>
              </w:rPr>
            </w:pPr>
            <w:r w:rsidRPr="00A919EC">
              <w:rPr>
                <w:rFonts w:ascii="Times New Roman" w:hAnsi="Times New Roman" w:cs="Times New Roman"/>
                <w:lang w:val="lt-LT"/>
              </w:rPr>
              <w:t xml:space="preserve">      </w:t>
            </w:r>
            <w:r w:rsidR="00DE1002" w:rsidRPr="00A919EC">
              <w:rPr>
                <w:rFonts w:ascii="Times New Roman" w:hAnsi="Times New Roman" w:cs="Times New Roman"/>
                <w:i/>
                <w:iCs/>
                <w:lang w:val="lt-LT"/>
              </w:rPr>
              <w:t>arba</w:t>
            </w:r>
          </w:p>
          <w:p w14:paraId="4F989A70" w14:textId="3F7652AB" w:rsidR="00DE1002" w:rsidRPr="00A919EC" w:rsidRDefault="00DE1002"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T01_Automobilis_AAA111</w:t>
            </w:r>
          </w:p>
        </w:tc>
        <w:tc>
          <w:tcPr>
            <w:tcW w:w="4961" w:type="dxa"/>
          </w:tcPr>
          <w:p w14:paraId="28B1CB95" w14:textId="1924C5A6" w:rsidR="00CF143F" w:rsidRPr="00A919EC" w:rsidRDefault="00A46979" w:rsidP="00D742C5">
            <w:pPr>
              <w:jc w:val="both"/>
              <w:rPr>
                <w:rFonts w:ascii="Times New Roman" w:hAnsi="Times New Roman" w:cs="Times New Roman"/>
                <w:i/>
                <w:iCs/>
                <w:lang w:val="lt-LT"/>
              </w:rPr>
            </w:pPr>
            <w:r w:rsidRPr="00A919EC">
              <w:rPr>
                <w:rFonts w:ascii="Times New Roman" w:hAnsi="Times New Roman" w:cs="Times New Roman"/>
                <w:i/>
                <w:iCs/>
                <w:lang w:val="lt-LT"/>
              </w:rPr>
              <w:t>priklausomai nuo dokumentų apimties</w:t>
            </w:r>
          </w:p>
        </w:tc>
      </w:tr>
      <w:tr w:rsidR="00CF143F" w:rsidRPr="00A919EC" w14:paraId="07420391" w14:textId="47DBD07F" w:rsidTr="004E4C75">
        <w:tc>
          <w:tcPr>
            <w:tcW w:w="2127" w:type="dxa"/>
          </w:tcPr>
          <w:p w14:paraId="69F80AC3" w14:textId="6175B19F" w:rsidR="00CF143F" w:rsidRPr="00A919EC" w:rsidRDefault="00CF143F" w:rsidP="00D742C5">
            <w:pPr>
              <w:jc w:val="both"/>
              <w:rPr>
                <w:rFonts w:ascii="Times New Roman" w:hAnsi="Times New Roman" w:cs="Times New Roman"/>
                <w:strike/>
                <w:color w:val="FF0000"/>
                <w:lang w:val="lt-LT"/>
              </w:rPr>
            </w:pPr>
            <w:r w:rsidRPr="00A919EC">
              <w:rPr>
                <w:rFonts w:ascii="Times New Roman" w:hAnsi="Times New Roman" w:cs="Times New Roman"/>
                <w:lang w:val="lt-LT"/>
              </w:rPr>
              <w:lastRenderedPageBreak/>
              <w:t>0</w:t>
            </w:r>
            <w:r w:rsidR="00C0693B">
              <w:rPr>
                <w:rFonts w:ascii="Times New Roman" w:hAnsi="Times New Roman" w:cs="Times New Roman"/>
                <w:lang w:val="lt-LT"/>
              </w:rPr>
              <w:t>5</w:t>
            </w:r>
            <w:r w:rsidRPr="00A919EC">
              <w:rPr>
                <w:rFonts w:ascii="Times New Roman" w:hAnsi="Times New Roman" w:cs="Times New Roman"/>
                <w:lang w:val="lt-LT"/>
              </w:rPr>
              <w:t>_Statyba</w:t>
            </w:r>
          </w:p>
        </w:tc>
        <w:tc>
          <w:tcPr>
            <w:tcW w:w="3402" w:type="dxa"/>
          </w:tcPr>
          <w:p w14:paraId="6BC1DCD7" w14:textId="2FB7E135" w:rsidR="00CF143F" w:rsidRPr="00A919EC" w:rsidRDefault="00A46979" w:rsidP="00D742C5">
            <w:pPr>
              <w:jc w:val="both"/>
              <w:rPr>
                <w:rFonts w:ascii="Times New Roman" w:hAnsi="Times New Roman" w:cs="Times New Roman"/>
                <w:strike/>
                <w:color w:val="FF0000"/>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S01_Administracinis_pastatas </w:t>
            </w:r>
            <w:r w:rsidRPr="00A919EC">
              <w:rPr>
                <w:rFonts w:ascii="Segoe UI Emoji" w:hAnsi="Segoe UI Emoji" w:cs="Segoe UI Emoji"/>
                <w:lang w:val="lt-LT"/>
              </w:rPr>
              <w:t>📁</w:t>
            </w:r>
            <w:r w:rsidRPr="00A919EC">
              <w:rPr>
                <w:rFonts w:ascii="Times New Roman" w:hAnsi="Times New Roman" w:cs="Times New Roman"/>
                <w:lang w:val="lt-LT"/>
              </w:rPr>
              <w:t xml:space="preserve"> S02_Sandėlis</w:t>
            </w:r>
          </w:p>
        </w:tc>
        <w:tc>
          <w:tcPr>
            <w:tcW w:w="4961" w:type="dxa"/>
          </w:tcPr>
          <w:p w14:paraId="24D91DCA" w14:textId="7573D4D7" w:rsidR="00A46979" w:rsidRPr="00A919EC" w:rsidRDefault="00A46979"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003641A4" w:rsidRPr="00A919EC">
              <w:rPr>
                <w:rFonts w:ascii="Times New Roman" w:hAnsi="Times New Roman" w:cs="Times New Roman"/>
                <w:lang w:val="lt-LT"/>
              </w:rPr>
              <w:t xml:space="preserve"> </w:t>
            </w:r>
            <w:r w:rsidRPr="00A919EC">
              <w:rPr>
                <w:rFonts w:ascii="Times New Roman" w:hAnsi="Times New Roman" w:cs="Times New Roman"/>
                <w:lang w:val="lt-LT"/>
              </w:rPr>
              <w:t xml:space="preserve">rangos, paslaugų pirkimo–pardavimo sutartys, </w:t>
            </w:r>
          </w:p>
          <w:p w14:paraId="72C85EAD" w14:textId="77B93689" w:rsidR="00A46979" w:rsidRPr="00A919EC" w:rsidRDefault="00A46979"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003641A4" w:rsidRPr="00A919EC">
              <w:rPr>
                <w:rFonts w:ascii="Times New Roman" w:hAnsi="Times New Roman" w:cs="Times New Roman"/>
                <w:lang w:val="lt-LT"/>
              </w:rPr>
              <w:t xml:space="preserve"> </w:t>
            </w:r>
            <w:r w:rsidRPr="00A919EC">
              <w:rPr>
                <w:rFonts w:ascii="Times New Roman" w:hAnsi="Times New Roman" w:cs="Times New Roman"/>
                <w:lang w:val="lt-LT"/>
              </w:rPr>
              <w:t xml:space="preserve">atliktų darbų aktai, </w:t>
            </w:r>
          </w:p>
          <w:p w14:paraId="0502654A" w14:textId="176E1E7B" w:rsidR="00A46979" w:rsidRPr="00A919EC" w:rsidRDefault="00A46979"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003641A4" w:rsidRPr="00A919EC">
              <w:rPr>
                <w:rFonts w:ascii="Times New Roman" w:hAnsi="Times New Roman" w:cs="Times New Roman"/>
                <w:lang w:val="lt-LT"/>
              </w:rPr>
              <w:t xml:space="preserve"> </w:t>
            </w:r>
            <w:r w:rsidRPr="00A919EC">
              <w:rPr>
                <w:rFonts w:ascii="Times New Roman" w:hAnsi="Times New Roman" w:cs="Times New Roman"/>
                <w:lang w:val="lt-LT"/>
              </w:rPr>
              <w:t xml:space="preserve">sąskaitos, </w:t>
            </w:r>
          </w:p>
          <w:p w14:paraId="791B35CF" w14:textId="76942022" w:rsidR="00A46979" w:rsidRPr="00A919EC" w:rsidRDefault="00A46979"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003641A4" w:rsidRPr="00A919EC">
              <w:rPr>
                <w:rFonts w:ascii="Times New Roman" w:hAnsi="Times New Roman" w:cs="Times New Roman"/>
                <w:lang w:val="lt-LT"/>
              </w:rPr>
              <w:t xml:space="preserve"> </w:t>
            </w:r>
            <w:r w:rsidRPr="00A919EC">
              <w:rPr>
                <w:rFonts w:ascii="Times New Roman" w:hAnsi="Times New Roman" w:cs="Times New Roman"/>
                <w:lang w:val="lt-LT"/>
              </w:rPr>
              <w:t xml:space="preserve">darbų sąmatos, </w:t>
            </w:r>
          </w:p>
          <w:p w14:paraId="56DA68E9" w14:textId="2BA1B52F" w:rsidR="00CF143F" w:rsidRPr="00A919EC" w:rsidRDefault="00A46979"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003641A4" w:rsidRPr="00A919EC">
              <w:rPr>
                <w:rFonts w:ascii="Times New Roman" w:hAnsi="Times New Roman" w:cs="Times New Roman"/>
                <w:lang w:val="lt-LT"/>
              </w:rPr>
              <w:t xml:space="preserve"> </w:t>
            </w:r>
            <w:r w:rsidRPr="00A919EC">
              <w:rPr>
                <w:rFonts w:ascii="Times New Roman" w:hAnsi="Times New Roman" w:cs="Times New Roman"/>
                <w:lang w:val="lt-LT"/>
              </w:rPr>
              <w:t>techninės priežiūros dokumentai ir kt.</w:t>
            </w:r>
          </w:p>
        </w:tc>
      </w:tr>
      <w:tr w:rsidR="00CF143F" w:rsidRPr="00A919EC" w14:paraId="033A9452" w14:textId="13F78525" w:rsidTr="004E4C75">
        <w:tc>
          <w:tcPr>
            <w:tcW w:w="2127" w:type="dxa"/>
          </w:tcPr>
          <w:p w14:paraId="0A8F950A" w14:textId="65FC80C8" w:rsidR="00CF143F" w:rsidRPr="00A919EC" w:rsidRDefault="00CF143F" w:rsidP="00D742C5">
            <w:pPr>
              <w:jc w:val="both"/>
              <w:rPr>
                <w:rFonts w:ascii="Times New Roman" w:hAnsi="Times New Roman" w:cs="Times New Roman"/>
                <w:lang w:val="lt-LT"/>
              </w:rPr>
            </w:pPr>
            <w:r w:rsidRPr="00A919EC">
              <w:rPr>
                <w:rFonts w:ascii="Times New Roman" w:hAnsi="Times New Roman" w:cs="Times New Roman"/>
                <w:lang w:val="lt-LT"/>
              </w:rPr>
              <w:t>0</w:t>
            </w:r>
            <w:r w:rsidR="00C0693B">
              <w:rPr>
                <w:rFonts w:ascii="Times New Roman" w:hAnsi="Times New Roman" w:cs="Times New Roman"/>
                <w:lang w:val="lt-LT"/>
              </w:rPr>
              <w:t>6</w:t>
            </w:r>
            <w:r w:rsidRPr="00A919EC">
              <w:rPr>
                <w:rFonts w:ascii="Times New Roman" w:hAnsi="Times New Roman" w:cs="Times New Roman"/>
                <w:lang w:val="lt-LT"/>
              </w:rPr>
              <w:t>_Ilgalaikis turtas</w:t>
            </w:r>
          </w:p>
        </w:tc>
        <w:tc>
          <w:tcPr>
            <w:tcW w:w="3402" w:type="dxa"/>
          </w:tcPr>
          <w:p w14:paraId="2F9D357B" w14:textId="7FDDA35D" w:rsidR="00A46979" w:rsidRPr="00A919EC" w:rsidRDefault="00A46979"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IT01_Kompiuteriai </w:t>
            </w:r>
          </w:p>
          <w:p w14:paraId="13BE5965" w14:textId="15AC56DA" w:rsidR="00A46979" w:rsidRPr="00A919EC" w:rsidRDefault="00A46979"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IT02_Baldai </w:t>
            </w:r>
          </w:p>
          <w:p w14:paraId="41555F6C" w14:textId="2120FB9F" w:rsidR="00CF143F" w:rsidRPr="00A919EC" w:rsidRDefault="00A46979"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IT03_Programinė įranga</w:t>
            </w:r>
          </w:p>
        </w:tc>
        <w:tc>
          <w:tcPr>
            <w:tcW w:w="4961" w:type="dxa"/>
          </w:tcPr>
          <w:p w14:paraId="6ACC6197" w14:textId="77777777" w:rsidR="00A46979" w:rsidRPr="00A919EC" w:rsidRDefault="00A46979"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įsigijimo dokumentai, </w:t>
            </w:r>
          </w:p>
          <w:p w14:paraId="0A7048A9" w14:textId="75B09739" w:rsidR="00A46979" w:rsidRPr="00A919EC" w:rsidRDefault="00A46979"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003641A4" w:rsidRPr="00A919EC">
              <w:rPr>
                <w:rFonts w:ascii="Times New Roman" w:hAnsi="Times New Roman" w:cs="Times New Roman"/>
                <w:lang w:val="lt-LT"/>
              </w:rPr>
              <w:t xml:space="preserve"> </w:t>
            </w:r>
            <w:r w:rsidRPr="00A919EC">
              <w:rPr>
                <w:rFonts w:ascii="Times New Roman" w:hAnsi="Times New Roman" w:cs="Times New Roman"/>
                <w:lang w:val="lt-LT"/>
              </w:rPr>
              <w:t xml:space="preserve">priėmimo–perdavimo aktai, </w:t>
            </w:r>
          </w:p>
          <w:p w14:paraId="19BB8F65" w14:textId="12A66D08" w:rsidR="00CF143F" w:rsidRPr="00A919EC" w:rsidRDefault="00A46979"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003641A4" w:rsidRPr="00A919EC">
              <w:rPr>
                <w:rFonts w:ascii="Times New Roman" w:hAnsi="Times New Roman" w:cs="Times New Roman"/>
                <w:lang w:val="lt-LT"/>
              </w:rPr>
              <w:t xml:space="preserve"> </w:t>
            </w:r>
            <w:r w:rsidRPr="00A919EC">
              <w:rPr>
                <w:rFonts w:ascii="Times New Roman" w:hAnsi="Times New Roman" w:cs="Times New Roman"/>
                <w:lang w:val="lt-LT"/>
              </w:rPr>
              <w:t>nurašymo aktai</w:t>
            </w:r>
          </w:p>
        </w:tc>
      </w:tr>
      <w:tr w:rsidR="00CF143F" w:rsidRPr="00A919EC" w14:paraId="66345D47" w14:textId="4B78DCF3" w:rsidTr="004E4C75">
        <w:tc>
          <w:tcPr>
            <w:tcW w:w="2127" w:type="dxa"/>
          </w:tcPr>
          <w:p w14:paraId="7958B858" w14:textId="552A0652" w:rsidR="00CF143F" w:rsidRPr="00A919EC" w:rsidRDefault="00CF143F" w:rsidP="00D742C5">
            <w:pPr>
              <w:jc w:val="both"/>
              <w:rPr>
                <w:rFonts w:ascii="Times New Roman" w:hAnsi="Times New Roman" w:cs="Times New Roman"/>
                <w:lang w:val="lt-LT"/>
              </w:rPr>
            </w:pPr>
            <w:r w:rsidRPr="00A919EC">
              <w:rPr>
                <w:rFonts w:ascii="Times New Roman" w:hAnsi="Times New Roman" w:cs="Times New Roman"/>
                <w:lang w:val="lt-LT"/>
              </w:rPr>
              <w:t>0</w:t>
            </w:r>
            <w:r w:rsidR="00C0693B">
              <w:rPr>
                <w:rFonts w:ascii="Times New Roman" w:hAnsi="Times New Roman" w:cs="Times New Roman"/>
                <w:lang w:val="lt-LT"/>
              </w:rPr>
              <w:t>7</w:t>
            </w:r>
            <w:r w:rsidRPr="00A919EC">
              <w:rPr>
                <w:rFonts w:ascii="Times New Roman" w:hAnsi="Times New Roman" w:cs="Times New Roman"/>
                <w:lang w:val="lt-LT"/>
              </w:rPr>
              <w:t>_Informavimas</w:t>
            </w:r>
            <w:r w:rsidR="00A46979" w:rsidRPr="00A919EC">
              <w:rPr>
                <w:rFonts w:ascii="Times New Roman" w:hAnsi="Times New Roman" w:cs="Times New Roman"/>
                <w:lang w:val="lt-LT"/>
              </w:rPr>
              <w:t>, viešinimas</w:t>
            </w:r>
          </w:p>
        </w:tc>
        <w:tc>
          <w:tcPr>
            <w:tcW w:w="3402" w:type="dxa"/>
          </w:tcPr>
          <w:p w14:paraId="3C230613" w14:textId="77777777" w:rsidR="00D742C5" w:rsidRPr="00A919EC" w:rsidRDefault="00D742C5"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V01_Interneto_svetainė </w:t>
            </w:r>
          </w:p>
          <w:p w14:paraId="0EC78EE9" w14:textId="5DB2274D" w:rsidR="00D742C5" w:rsidRPr="00A919EC" w:rsidRDefault="00D742C5" w:rsidP="00D742C5">
            <w:pPr>
              <w:jc w:val="both"/>
              <w:rPr>
                <w:rFonts w:ascii="Times New Roman" w:hAnsi="Times New Roman" w:cs="Times New Roman"/>
                <w:lang w:val="lt-LT"/>
              </w:rPr>
            </w:pPr>
            <w:r w:rsidRPr="00A919EC">
              <w:rPr>
                <w:rFonts w:ascii="Segoe UI Emoji" w:hAnsi="Segoe UI Emoji" w:cs="Segoe UI Emoji"/>
                <w:lang w:val="lt-LT"/>
              </w:rPr>
              <w:t>📁</w:t>
            </w:r>
            <w:r w:rsidR="005C08D6" w:rsidRPr="00A919EC">
              <w:rPr>
                <w:rFonts w:ascii="Times New Roman" w:hAnsi="Times New Roman" w:cs="Times New Roman"/>
                <w:lang w:val="lt-LT"/>
              </w:rPr>
              <w:t xml:space="preserve"> </w:t>
            </w:r>
            <w:r w:rsidRPr="00A919EC">
              <w:rPr>
                <w:rFonts w:ascii="Times New Roman" w:hAnsi="Times New Roman" w:cs="Times New Roman"/>
                <w:lang w:val="lt-LT"/>
              </w:rPr>
              <w:t xml:space="preserve">V02_Spaudos_pranešimas </w:t>
            </w:r>
          </w:p>
          <w:p w14:paraId="111665F0" w14:textId="58D56D1B" w:rsidR="00CF143F" w:rsidRPr="00A919EC" w:rsidRDefault="00D742C5"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V03_Renginys</w:t>
            </w:r>
          </w:p>
          <w:p w14:paraId="36D09653" w14:textId="182EF326" w:rsidR="00D742C5" w:rsidRPr="00A919EC" w:rsidRDefault="00D742C5" w:rsidP="00D742C5">
            <w:pPr>
              <w:jc w:val="both"/>
              <w:rPr>
                <w:rFonts w:ascii="Times New Roman" w:hAnsi="Times New Roman" w:cs="Times New Roman"/>
                <w:i/>
                <w:iCs/>
                <w:lang w:val="lt-LT"/>
              </w:rPr>
            </w:pPr>
            <w:r w:rsidRPr="00A919EC">
              <w:rPr>
                <w:rFonts w:ascii="Times New Roman" w:hAnsi="Times New Roman" w:cs="Times New Roman"/>
                <w:lang w:val="lt-LT"/>
              </w:rPr>
              <w:t xml:space="preserve">     </w:t>
            </w:r>
            <w:r w:rsidRPr="00A919EC">
              <w:rPr>
                <w:rFonts w:ascii="Times New Roman" w:hAnsi="Times New Roman" w:cs="Times New Roman"/>
                <w:i/>
                <w:iCs/>
                <w:lang w:val="lt-LT"/>
              </w:rPr>
              <w:t>arba</w:t>
            </w:r>
          </w:p>
          <w:p w14:paraId="5D8F2352" w14:textId="6E814D7B" w:rsidR="00D742C5" w:rsidRPr="00A919EC" w:rsidRDefault="00D742C5"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V01_2026-03 </w:t>
            </w:r>
          </w:p>
          <w:p w14:paraId="5BA50EC4" w14:textId="4B3E0D5E" w:rsidR="00D742C5" w:rsidRPr="00A919EC" w:rsidRDefault="00D742C5"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 V02_2026-05</w:t>
            </w:r>
          </w:p>
        </w:tc>
        <w:tc>
          <w:tcPr>
            <w:tcW w:w="4961" w:type="dxa"/>
          </w:tcPr>
          <w:p w14:paraId="76C12626" w14:textId="4EDD9753" w:rsidR="00CF143F" w:rsidRPr="00A919EC" w:rsidRDefault="00D742C5" w:rsidP="00347BBF">
            <w:pPr>
              <w:rPr>
                <w:rFonts w:ascii="Times New Roman" w:hAnsi="Times New Roman" w:cs="Times New Roman"/>
                <w:i/>
                <w:iCs/>
                <w:lang w:val="lt-LT"/>
              </w:rPr>
            </w:pPr>
            <w:r w:rsidRPr="00A919EC">
              <w:rPr>
                <w:rFonts w:ascii="Times New Roman" w:hAnsi="Times New Roman" w:cs="Times New Roman"/>
                <w:i/>
                <w:iCs/>
                <w:lang w:val="lt-LT"/>
              </w:rPr>
              <w:t>Viešinimo dokumentai, įgyvendinimą pagrindžiančios nuorodos</w:t>
            </w:r>
          </w:p>
        </w:tc>
      </w:tr>
      <w:tr w:rsidR="00CF143F" w:rsidRPr="00A919EC" w14:paraId="4FA7E558" w14:textId="6AE171C5" w:rsidTr="00C82ACA">
        <w:tc>
          <w:tcPr>
            <w:tcW w:w="2127" w:type="dxa"/>
            <w:tcBorders>
              <w:bottom w:val="single" w:sz="4" w:space="0" w:color="auto"/>
            </w:tcBorders>
          </w:tcPr>
          <w:p w14:paraId="01EB521A" w14:textId="0FBF7E51" w:rsidR="00CF143F" w:rsidRPr="00A919EC" w:rsidRDefault="00CF143F" w:rsidP="00D742C5">
            <w:pPr>
              <w:jc w:val="both"/>
              <w:rPr>
                <w:rFonts w:ascii="Times New Roman" w:hAnsi="Times New Roman" w:cs="Times New Roman"/>
                <w:lang w:val="lt-LT"/>
              </w:rPr>
            </w:pPr>
            <w:r w:rsidRPr="00A919EC">
              <w:rPr>
                <w:rFonts w:ascii="Times New Roman" w:hAnsi="Times New Roman" w:cs="Times New Roman"/>
                <w:lang w:val="lt-LT"/>
              </w:rPr>
              <w:t>0</w:t>
            </w:r>
            <w:r w:rsidR="00C0693B">
              <w:rPr>
                <w:rFonts w:ascii="Times New Roman" w:hAnsi="Times New Roman" w:cs="Times New Roman"/>
                <w:lang w:val="lt-LT"/>
              </w:rPr>
              <w:t>8</w:t>
            </w:r>
            <w:r w:rsidRPr="00A919EC">
              <w:rPr>
                <w:rFonts w:ascii="Times New Roman" w:hAnsi="Times New Roman" w:cs="Times New Roman"/>
                <w:lang w:val="lt-LT"/>
              </w:rPr>
              <w:t xml:space="preserve">_Renginiai, </w:t>
            </w:r>
            <w:r w:rsidR="00D742C5" w:rsidRPr="00A919EC">
              <w:rPr>
                <w:rFonts w:ascii="Times New Roman" w:hAnsi="Times New Roman" w:cs="Times New Roman"/>
                <w:lang w:val="lt-LT"/>
              </w:rPr>
              <w:t>mokymai</w:t>
            </w:r>
          </w:p>
        </w:tc>
        <w:tc>
          <w:tcPr>
            <w:tcW w:w="3402" w:type="dxa"/>
            <w:tcBorders>
              <w:bottom w:val="single" w:sz="4" w:space="0" w:color="auto"/>
            </w:tcBorders>
          </w:tcPr>
          <w:p w14:paraId="3BB952BD" w14:textId="1D0F6712" w:rsidR="00CF143F" w:rsidRPr="00A919EC" w:rsidRDefault="00D742C5" w:rsidP="00D742C5">
            <w:pPr>
              <w:jc w:val="both"/>
              <w:rPr>
                <w:rFonts w:ascii="Times New Roman" w:hAnsi="Times New Roman" w:cs="Times New Roman"/>
                <w:lang w:val="lt-LT"/>
              </w:rPr>
            </w:pPr>
            <w:r w:rsidRPr="00A919EC">
              <w:rPr>
                <w:rFonts w:ascii="Segoe UI Emoji" w:hAnsi="Segoe UI Emoji" w:cs="Segoe UI Emoji"/>
                <w:lang w:val="lt-LT"/>
              </w:rPr>
              <w:t>📁</w:t>
            </w:r>
            <w:r w:rsidRPr="00A919EC">
              <w:rPr>
                <w:rFonts w:ascii="Times New Roman" w:hAnsi="Times New Roman" w:cs="Times New Roman"/>
                <w:lang w:val="lt-LT"/>
              </w:rPr>
              <w:t xml:space="preserve">M01_Mokymai_2026-04-18 </w:t>
            </w:r>
            <w:r w:rsidRPr="00A919EC">
              <w:rPr>
                <w:rFonts w:ascii="Segoe UI Emoji" w:hAnsi="Segoe UI Emoji" w:cs="Segoe UI Emoji"/>
                <w:lang w:val="lt-LT"/>
              </w:rPr>
              <w:t>📁</w:t>
            </w:r>
            <w:r w:rsidRPr="00A919EC">
              <w:rPr>
                <w:rFonts w:ascii="Times New Roman" w:hAnsi="Times New Roman" w:cs="Times New Roman"/>
                <w:lang w:val="lt-LT"/>
              </w:rPr>
              <w:t>M02_Konferencija_2026-06-10</w:t>
            </w:r>
          </w:p>
        </w:tc>
        <w:tc>
          <w:tcPr>
            <w:tcW w:w="4961" w:type="dxa"/>
            <w:tcBorders>
              <w:bottom w:val="single" w:sz="4" w:space="0" w:color="auto"/>
            </w:tcBorders>
          </w:tcPr>
          <w:p w14:paraId="4B3952BD" w14:textId="7258FB87" w:rsidR="00B95332" w:rsidRPr="00A919EC" w:rsidRDefault="00B95332" w:rsidP="00B95332">
            <w:pPr>
              <w:jc w:val="both"/>
              <w:rPr>
                <w:rFonts w:ascii="Times New Roman" w:hAnsi="Times New Roman" w:cs="Times New Roman"/>
                <w:lang w:val="lt-LT"/>
              </w:rPr>
            </w:pPr>
            <w:r w:rsidRPr="00A919EC">
              <w:rPr>
                <w:rFonts w:ascii="Times New Roman" w:hAnsi="Times New Roman" w:cs="Times New Roman"/>
                <w:lang w:val="lt-LT"/>
              </w:rPr>
              <w:sym w:font="Wingdings" w:char="F0E0"/>
            </w:r>
            <w:r w:rsidR="005C08D6" w:rsidRPr="00A919EC">
              <w:rPr>
                <w:rFonts w:ascii="Times New Roman" w:hAnsi="Times New Roman" w:cs="Times New Roman"/>
                <w:lang w:val="lt-LT"/>
              </w:rPr>
              <w:t xml:space="preserve"> </w:t>
            </w:r>
            <w:r w:rsidRPr="00A919EC">
              <w:rPr>
                <w:rFonts w:ascii="Times New Roman" w:hAnsi="Times New Roman" w:cs="Times New Roman"/>
                <w:lang w:val="lt-LT"/>
              </w:rPr>
              <w:t xml:space="preserve"> programa; </w:t>
            </w:r>
          </w:p>
          <w:p w14:paraId="712809C1" w14:textId="016AF4E0" w:rsidR="00B95332" w:rsidRPr="00A919EC" w:rsidRDefault="00B95332" w:rsidP="00B95332">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dalyvių sąrašai; </w:t>
            </w:r>
          </w:p>
          <w:p w14:paraId="280B1CF0" w14:textId="4C232681" w:rsidR="00B95332" w:rsidRPr="00A919EC" w:rsidRDefault="00B95332" w:rsidP="00B95332">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pažymėjimai; </w:t>
            </w:r>
          </w:p>
          <w:p w14:paraId="4D61E559" w14:textId="7B497DFA" w:rsidR="00B95332" w:rsidRPr="00A919EC" w:rsidRDefault="00B95332" w:rsidP="00B95332">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sąskaitos; </w:t>
            </w:r>
          </w:p>
          <w:p w14:paraId="3FA87015" w14:textId="2E792787" w:rsidR="00B95332" w:rsidRPr="00A919EC" w:rsidRDefault="00B95332" w:rsidP="00B95332">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mokėjimo dokumentai; </w:t>
            </w:r>
          </w:p>
          <w:p w14:paraId="65D6770B" w14:textId="6E316A62" w:rsidR="00CF143F" w:rsidRPr="00A919EC" w:rsidRDefault="00B95332" w:rsidP="00B95332">
            <w:pPr>
              <w:jc w:val="both"/>
              <w:rPr>
                <w:rFonts w:ascii="Times New Roman" w:hAnsi="Times New Roman" w:cs="Times New Roman"/>
                <w:lang w:val="lt-LT"/>
              </w:rPr>
            </w:pPr>
            <w:r w:rsidRPr="00A919EC">
              <w:rPr>
                <w:rFonts w:ascii="Times New Roman" w:hAnsi="Times New Roman" w:cs="Times New Roman"/>
                <w:lang w:val="lt-LT"/>
              </w:rPr>
              <w:sym w:font="Wingdings" w:char="F0E0"/>
            </w:r>
            <w:r w:rsidRPr="00A919EC">
              <w:rPr>
                <w:rFonts w:ascii="Times New Roman" w:hAnsi="Times New Roman" w:cs="Times New Roman"/>
                <w:lang w:val="lt-LT"/>
              </w:rPr>
              <w:t xml:space="preserve">  kiti susiję dokumentai.</w:t>
            </w:r>
          </w:p>
        </w:tc>
      </w:tr>
      <w:tr w:rsidR="00CF143F" w:rsidRPr="00A919EC" w14:paraId="14065FC6" w14:textId="6FA1D129" w:rsidTr="00C82ACA">
        <w:tc>
          <w:tcPr>
            <w:tcW w:w="2127" w:type="dxa"/>
            <w:tcBorders>
              <w:bottom w:val="single" w:sz="4" w:space="0" w:color="auto"/>
            </w:tcBorders>
          </w:tcPr>
          <w:p w14:paraId="13C7251B" w14:textId="7CB0D732" w:rsidR="00CF143F" w:rsidRPr="00A919EC" w:rsidRDefault="00CF143F" w:rsidP="00D742C5">
            <w:pPr>
              <w:jc w:val="both"/>
              <w:rPr>
                <w:rFonts w:ascii="Times New Roman" w:hAnsi="Times New Roman" w:cs="Times New Roman"/>
                <w:lang w:val="lt-LT"/>
              </w:rPr>
            </w:pPr>
            <w:r w:rsidRPr="00A919EC">
              <w:rPr>
                <w:rFonts w:ascii="Times New Roman" w:hAnsi="Times New Roman" w:cs="Times New Roman"/>
                <w:lang w:val="lt-LT"/>
              </w:rPr>
              <w:t>0</w:t>
            </w:r>
            <w:r w:rsidR="00A919EC" w:rsidRPr="00A919EC">
              <w:rPr>
                <w:rFonts w:ascii="Times New Roman" w:hAnsi="Times New Roman" w:cs="Times New Roman"/>
                <w:lang w:val="lt-LT"/>
              </w:rPr>
              <w:t>9</w:t>
            </w:r>
            <w:r w:rsidRPr="00A919EC">
              <w:rPr>
                <w:rFonts w:ascii="Times New Roman" w:hAnsi="Times New Roman" w:cs="Times New Roman"/>
                <w:lang w:val="lt-LT"/>
              </w:rPr>
              <w:t>_Kita</w:t>
            </w:r>
          </w:p>
        </w:tc>
        <w:tc>
          <w:tcPr>
            <w:tcW w:w="3402" w:type="dxa"/>
            <w:tcBorders>
              <w:bottom w:val="single" w:sz="4" w:space="0" w:color="auto"/>
            </w:tcBorders>
          </w:tcPr>
          <w:p w14:paraId="6C24E456" w14:textId="77777777" w:rsidR="00CF143F" w:rsidRDefault="00B95332" w:rsidP="00D742C5">
            <w:pPr>
              <w:jc w:val="both"/>
              <w:rPr>
                <w:rFonts w:ascii="Times New Roman" w:hAnsi="Times New Roman" w:cs="Times New Roman"/>
                <w:i/>
                <w:iCs/>
                <w:lang w:val="lt-LT"/>
              </w:rPr>
            </w:pPr>
            <w:r w:rsidRPr="00A919EC">
              <w:rPr>
                <w:rFonts w:ascii="Times New Roman" w:hAnsi="Times New Roman" w:cs="Times New Roman"/>
                <w:i/>
                <w:iCs/>
                <w:lang w:val="lt-LT"/>
              </w:rPr>
              <w:t>Dokumentus rekomenduojama grupuoti pagal konkretų išlaidų objektą</w:t>
            </w:r>
          </w:p>
          <w:p w14:paraId="08AE2E57" w14:textId="77777777" w:rsidR="005B0475" w:rsidRDefault="005B0475" w:rsidP="00D742C5">
            <w:pPr>
              <w:jc w:val="both"/>
              <w:rPr>
                <w:rFonts w:ascii="Times New Roman" w:hAnsi="Times New Roman" w:cs="Times New Roman"/>
                <w:i/>
                <w:iCs/>
                <w:lang w:val="lt-LT"/>
              </w:rPr>
            </w:pPr>
          </w:p>
          <w:p w14:paraId="59E7286A" w14:textId="6D81F7EE" w:rsidR="005B0475" w:rsidRPr="00A919EC" w:rsidRDefault="005B0475" w:rsidP="00D742C5">
            <w:pPr>
              <w:jc w:val="both"/>
              <w:rPr>
                <w:rFonts w:ascii="Times New Roman" w:hAnsi="Times New Roman" w:cs="Times New Roman"/>
                <w:i/>
                <w:iCs/>
                <w:lang w:val="lt-LT"/>
              </w:rPr>
            </w:pPr>
          </w:p>
        </w:tc>
        <w:tc>
          <w:tcPr>
            <w:tcW w:w="4961" w:type="dxa"/>
            <w:tcBorders>
              <w:bottom w:val="single" w:sz="4" w:space="0" w:color="auto"/>
            </w:tcBorders>
          </w:tcPr>
          <w:p w14:paraId="57FFF4D7" w14:textId="112165E7" w:rsidR="00A919EC" w:rsidRPr="00A919EC" w:rsidRDefault="00A919EC"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00CF0586">
              <w:rPr>
                <w:rFonts w:ascii="Times New Roman" w:hAnsi="Times New Roman" w:cs="Times New Roman"/>
                <w:lang w:val="lt-LT"/>
              </w:rPr>
              <w:t xml:space="preserve"> </w:t>
            </w:r>
            <w:r w:rsidR="00B95332" w:rsidRPr="00A919EC">
              <w:rPr>
                <w:rFonts w:ascii="Times New Roman" w:hAnsi="Times New Roman" w:cs="Times New Roman"/>
                <w:lang w:val="lt-LT"/>
              </w:rPr>
              <w:t xml:space="preserve">patentai, </w:t>
            </w:r>
          </w:p>
          <w:p w14:paraId="44829B9A" w14:textId="494F0671" w:rsidR="00A919EC" w:rsidRPr="00A919EC" w:rsidRDefault="00A919EC"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00CF0586">
              <w:rPr>
                <w:rFonts w:ascii="Times New Roman" w:hAnsi="Times New Roman" w:cs="Times New Roman"/>
                <w:lang w:val="lt-LT"/>
              </w:rPr>
              <w:t xml:space="preserve"> </w:t>
            </w:r>
            <w:r w:rsidR="00B95332" w:rsidRPr="00A919EC">
              <w:rPr>
                <w:rFonts w:ascii="Times New Roman" w:hAnsi="Times New Roman" w:cs="Times New Roman"/>
                <w:lang w:val="lt-LT"/>
              </w:rPr>
              <w:t xml:space="preserve">licencijos, </w:t>
            </w:r>
          </w:p>
          <w:p w14:paraId="22181DEA" w14:textId="77B6E760" w:rsidR="00A919EC" w:rsidRPr="00A919EC" w:rsidRDefault="00A919EC"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00CF0586">
              <w:rPr>
                <w:rFonts w:ascii="Times New Roman" w:hAnsi="Times New Roman" w:cs="Times New Roman"/>
                <w:lang w:val="lt-LT"/>
              </w:rPr>
              <w:t xml:space="preserve"> </w:t>
            </w:r>
            <w:r w:rsidR="00B95332" w:rsidRPr="00A919EC">
              <w:rPr>
                <w:rFonts w:ascii="Times New Roman" w:hAnsi="Times New Roman" w:cs="Times New Roman"/>
                <w:lang w:val="lt-LT"/>
              </w:rPr>
              <w:t xml:space="preserve">sertifikatai, </w:t>
            </w:r>
          </w:p>
          <w:p w14:paraId="2DE20EE0" w14:textId="3ED75545" w:rsidR="00CF143F" w:rsidRPr="00A919EC" w:rsidRDefault="00A919EC" w:rsidP="00D742C5">
            <w:pPr>
              <w:jc w:val="both"/>
              <w:rPr>
                <w:rFonts w:ascii="Times New Roman" w:hAnsi="Times New Roman" w:cs="Times New Roman"/>
                <w:lang w:val="lt-LT"/>
              </w:rPr>
            </w:pPr>
            <w:r w:rsidRPr="00A919EC">
              <w:rPr>
                <w:rFonts w:ascii="Times New Roman" w:hAnsi="Times New Roman" w:cs="Times New Roman"/>
                <w:lang w:val="lt-LT"/>
              </w:rPr>
              <w:sym w:font="Wingdings" w:char="F0E0"/>
            </w:r>
            <w:r w:rsidR="00CF0586">
              <w:rPr>
                <w:rFonts w:ascii="Times New Roman" w:hAnsi="Times New Roman" w:cs="Times New Roman"/>
                <w:lang w:val="lt-LT"/>
              </w:rPr>
              <w:t xml:space="preserve"> </w:t>
            </w:r>
            <w:r w:rsidR="00B95332" w:rsidRPr="00A919EC">
              <w:rPr>
                <w:rFonts w:ascii="Times New Roman" w:hAnsi="Times New Roman" w:cs="Times New Roman"/>
                <w:lang w:val="lt-LT"/>
              </w:rPr>
              <w:t>kiti nuosavybės teisės įrodymo dokumentai</w:t>
            </w:r>
            <w:r w:rsidRPr="00A919EC">
              <w:rPr>
                <w:rFonts w:ascii="Times New Roman" w:hAnsi="Times New Roman" w:cs="Times New Roman"/>
                <w:lang w:val="lt-LT"/>
              </w:rPr>
              <w:t xml:space="preserve"> ir t. t.</w:t>
            </w:r>
          </w:p>
        </w:tc>
      </w:tr>
    </w:tbl>
    <w:p w14:paraId="7E3DDDB5" w14:textId="77777777" w:rsidR="00312F66" w:rsidRPr="00347BBF" w:rsidRDefault="00312F66" w:rsidP="00D742C5">
      <w:pPr>
        <w:spacing w:after="0"/>
        <w:jc w:val="both"/>
        <w:rPr>
          <w:sz w:val="16"/>
          <w:szCs w:val="16"/>
          <w:lang w:val="lt-LT"/>
        </w:rPr>
      </w:pPr>
    </w:p>
    <w:p w14:paraId="212F07BE" w14:textId="28ABB0D1" w:rsidR="007D10C0" w:rsidRPr="00B72C29" w:rsidRDefault="007D10C0" w:rsidP="007D10C0">
      <w:pPr>
        <w:shd w:val="clear" w:color="auto" w:fill="F2F2F2" w:themeFill="background1" w:themeFillShade="F2"/>
        <w:spacing w:after="0"/>
        <w:jc w:val="both"/>
        <w:rPr>
          <w:rFonts w:ascii="Times New Roman" w:hAnsi="Times New Roman" w:cs="Times New Roman"/>
          <w:sz w:val="24"/>
          <w:szCs w:val="24"/>
          <w:lang w:val="lt-LT"/>
        </w:rPr>
      </w:pPr>
      <w:r w:rsidRPr="00B72C29">
        <w:rPr>
          <w:rFonts w:ascii="Times New Roman" w:hAnsi="Times New Roman" w:cs="Times New Roman"/>
          <w:b/>
          <w:bCs/>
          <w:sz w:val="24"/>
          <w:szCs w:val="24"/>
          <w:lang w:val="lt-LT"/>
        </w:rPr>
        <w:t>*Pastaba.</w:t>
      </w:r>
      <w:r w:rsidRPr="00B72C29">
        <w:rPr>
          <w:rFonts w:ascii="Times New Roman" w:hAnsi="Times New Roman" w:cs="Times New Roman"/>
          <w:sz w:val="24"/>
          <w:szCs w:val="24"/>
          <w:lang w:val="lt-LT"/>
        </w:rPr>
        <w:t xml:space="preserve"> Jeigu mokėjimo prašyme deklaruojamos kelių pirkimų išlaidos, rekomenduojama kiekvienam pirkimui sukurti atskirą elektroninį aplanką ir jame pateikti visus su tuo pirkimu susijusius dokumentus. Analogiškas grupavimo principas rekomenduojamas ir komandiruotėms, mokymams, renginiams, viešinimo veikloms bei kitiems pasikartojantiems išlaidų objektams.</w:t>
      </w:r>
    </w:p>
    <w:p w14:paraId="1974D11A" w14:textId="77777777" w:rsidR="007D10C0" w:rsidRPr="00347BBF" w:rsidRDefault="007D10C0" w:rsidP="00D742C5">
      <w:pPr>
        <w:spacing w:after="0"/>
        <w:jc w:val="both"/>
        <w:rPr>
          <w:sz w:val="16"/>
          <w:szCs w:val="16"/>
          <w:lang w:val="lt-LT"/>
        </w:rPr>
      </w:pPr>
    </w:p>
    <w:tbl>
      <w:tblPr>
        <w:tblStyle w:val="TableGrid"/>
        <w:tblW w:w="10490" w:type="dxa"/>
        <w:tblInd w:w="-5"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firstRow="1" w:lastRow="0" w:firstColumn="1" w:lastColumn="0" w:noHBand="0" w:noVBand="1"/>
      </w:tblPr>
      <w:tblGrid>
        <w:gridCol w:w="10490"/>
      </w:tblGrid>
      <w:tr w:rsidR="00312F66" w:rsidRPr="00272446" w14:paraId="755C88A6" w14:textId="77777777" w:rsidTr="000F0441">
        <w:tc>
          <w:tcPr>
            <w:tcW w:w="10490" w:type="dxa"/>
            <w:shd w:val="clear" w:color="auto" w:fill="F2DBDB" w:themeFill="accent2" w:themeFillTint="33"/>
          </w:tcPr>
          <w:p w14:paraId="2B2CEBBD" w14:textId="1898D3F1" w:rsidR="00312F66" w:rsidRPr="00272446" w:rsidRDefault="00272446" w:rsidP="00D742C5">
            <w:pPr>
              <w:spacing w:after="60"/>
              <w:jc w:val="both"/>
              <w:rPr>
                <w:rFonts w:ascii="Times New Roman" w:hAnsi="Times New Roman" w:cs="Times New Roman"/>
                <w:lang w:val="lt-LT"/>
              </w:rPr>
            </w:pPr>
            <w:r w:rsidRPr="00272446">
              <w:rPr>
                <w:rFonts w:ascii="Times New Roman" w:hAnsi="Times New Roman" w:cs="Times New Roman"/>
                <w:b/>
                <w:bCs/>
                <w:color w:val="FF0000"/>
                <w:sz w:val="32"/>
                <w:szCs w:val="32"/>
                <w:lang w:val="lt-LT"/>
              </w:rPr>
              <w:t xml:space="preserve">! </w:t>
            </w:r>
            <w:r w:rsidR="00B72C29">
              <w:rPr>
                <w:rFonts w:ascii="Times New Roman" w:hAnsi="Times New Roman" w:cs="Times New Roman"/>
                <w:b/>
                <w:bCs/>
                <w:color w:val="FF0000"/>
                <w:sz w:val="32"/>
                <w:szCs w:val="32"/>
                <w:lang w:val="lt-LT"/>
              </w:rPr>
              <w:t xml:space="preserve"> </w:t>
            </w:r>
            <w:r w:rsidR="00EC0500" w:rsidRPr="00EC0500">
              <w:rPr>
                <w:rFonts w:ascii="Times New Roman" w:hAnsi="Times New Roman" w:cs="Times New Roman"/>
                <w:color w:val="000000" w:themeColor="text1"/>
                <w:sz w:val="24"/>
                <w:szCs w:val="24"/>
                <w:shd w:val="clear" w:color="auto" w:fill="F2DBDB" w:themeFill="accent2" w:themeFillTint="33"/>
                <w:lang w:val="lt-LT"/>
              </w:rPr>
              <w:t>Kai taikoma f</w:t>
            </w:r>
            <w:r w:rsidRPr="00EC0500">
              <w:rPr>
                <w:rFonts w:ascii="Times New Roman" w:hAnsi="Times New Roman" w:cs="Times New Roman"/>
                <w:color w:val="000000" w:themeColor="text1"/>
                <w:sz w:val="24"/>
                <w:szCs w:val="24"/>
                <w:shd w:val="clear" w:color="auto" w:fill="F2DBDB" w:themeFill="accent2" w:themeFillTint="33"/>
                <w:lang w:val="lt-LT"/>
              </w:rPr>
              <w:t>iksuotoji projekto išlaidų norma</w:t>
            </w:r>
            <w:r w:rsidR="00EC0500">
              <w:rPr>
                <w:rFonts w:ascii="Times New Roman" w:hAnsi="Times New Roman" w:cs="Times New Roman"/>
                <w:color w:val="000000" w:themeColor="text1"/>
                <w:sz w:val="24"/>
                <w:szCs w:val="24"/>
                <w:shd w:val="clear" w:color="auto" w:fill="F2DBDB" w:themeFill="accent2" w:themeFillTint="33"/>
                <w:lang w:val="lt-LT"/>
              </w:rPr>
              <w:t>,</w:t>
            </w:r>
            <w:r w:rsidRPr="000F0441">
              <w:rPr>
                <w:rFonts w:ascii="Times New Roman" w:hAnsi="Times New Roman" w:cs="Times New Roman"/>
                <w:color w:val="000000" w:themeColor="text1"/>
                <w:sz w:val="24"/>
                <w:szCs w:val="24"/>
                <w:shd w:val="clear" w:color="auto" w:fill="F2DBDB" w:themeFill="accent2" w:themeFillTint="33"/>
                <w:lang w:val="lt-LT"/>
              </w:rPr>
              <w:t xml:space="preserve"> dokumentai neteikiami.</w:t>
            </w:r>
          </w:p>
        </w:tc>
      </w:tr>
    </w:tbl>
    <w:p w14:paraId="45E210FB" w14:textId="77777777" w:rsidR="00312F66" w:rsidRDefault="00312F66" w:rsidP="00D742C5">
      <w:pPr>
        <w:spacing w:after="0"/>
        <w:jc w:val="both"/>
        <w:rPr>
          <w:lang w:val="lt-LT"/>
        </w:rPr>
      </w:pPr>
    </w:p>
    <w:p w14:paraId="534873D1" w14:textId="72D0136D" w:rsidR="006A5026" w:rsidRPr="004E4C75" w:rsidRDefault="00352746" w:rsidP="004E4C75">
      <w:pPr>
        <w:pStyle w:val="Heading2"/>
        <w:spacing w:before="0"/>
        <w:ind w:firstLine="709"/>
        <w:jc w:val="both"/>
        <w:rPr>
          <w:rFonts w:ascii="Times New Roman" w:hAnsi="Times New Roman" w:cs="Times New Roman"/>
          <w:sz w:val="24"/>
          <w:szCs w:val="24"/>
          <w:lang w:val="lt-LT"/>
        </w:rPr>
      </w:pPr>
      <w:r w:rsidRPr="004E4C75">
        <w:rPr>
          <w:rFonts w:ascii="Times New Roman" w:hAnsi="Times New Roman" w:cs="Times New Roman"/>
          <w:sz w:val="24"/>
          <w:szCs w:val="24"/>
          <w:lang w:val="lt-LT"/>
        </w:rPr>
        <w:t>3. Pavyzd</w:t>
      </w:r>
      <w:r w:rsidR="00161414" w:rsidRPr="004E4C75">
        <w:rPr>
          <w:rFonts w:ascii="Times New Roman" w:hAnsi="Times New Roman" w:cs="Times New Roman"/>
          <w:sz w:val="24"/>
          <w:szCs w:val="24"/>
          <w:lang w:val="lt-LT"/>
        </w:rPr>
        <w:t>ys</w:t>
      </w:r>
    </w:p>
    <w:p w14:paraId="3BBFA32A" w14:textId="1EB0A73F" w:rsidR="003006FD" w:rsidRPr="003006FD" w:rsidRDefault="00EF38EC" w:rsidP="003006FD">
      <w:pPr>
        <w:rPr>
          <w:lang w:val="lt-LT"/>
        </w:rPr>
      </w:pPr>
      <w:r>
        <w:rPr>
          <w:noProof/>
          <w:lang w:val="lt-LT"/>
        </w:rPr>
        <mc:AlternateContent>
          <mc:Choice Requires="wpg">
            <w:drawing>
              <wp:anchor distT="0" distB="0" distL="114300" distR="114300" simplePos="0" relativeHeight="251675648" behindDoc="0" locked="0" layoutInCell="1" allowOverlap="1" wp14:anchorId="7A0CE5C3" wp14:editId="5CB4A778">
                <wp:simplePos x="0" y="0"/>
                <wp:positionH relativeFrom="column">
                  <wp:posOffset>667390</wp:posOffset>
                </wp:positionH>
                <wp:positionV relativeFrom="paragraph">
                  <wp:posOffset>35623</wp:posOffset>
                </wp:positionV>
                <wp:extent cx="5055650" cy="3448233"/>
                <wp:effectExtent l="0" t="0" r="0" b="0"/>
                <wp:wrapNone/>
                <wp:docPr id="515578327" name="Group 16"/>
                <wp:cNvGraphicFramePr/>
                <a:graphic xmlns:a="http://schemas.openxmlformats.org/drawingml/2006/main">
                  <a:graphicData uri="http://schemas.microsoft.com/office/word/2010/wordprocessingGroup">
                    <wpg:wgp>
                      <wpg:cNvGrpSpPr/>
                      <wpg:grpSpPr>
                        <a:xfrm>
                          <a:off x="0" y="0"/>
                          <a:ext cx="5055650" cy="3448233"/>
                          <a:chOff x="0" y="0"/>
                          <a:chExt cx="5319510" cy="3546475"/>
                        </a:xfrm>
                      </wpg:grpSpPr>
                      <wps:wsp>
                        <wps:cNvPr id="1382550567" name="Text Box 5"/>
                        <wps:cNvSpPr txBox="1"/>
                        <wps:spPr>
                          <a:xfrm>
                            <a:off x="0" y="0"/>
                            <a:ext cx="5319510" cy="3546475"/>
                          </a:xfrm>
                          <a:prstGeom prst="rect">
                            <a:avLst/>
                          </a:prstGeom>
                          <a:solidFill>
                            <a:schemeClr val="lt1"/>
                          </a:solidFill>
                          <a:ln w="6350">
                            <a:noFill/>
                          </a:ln>
                        </wps:spPr>
                        <wps:txbx>
                          <w:txbxContent>
                            <w:p w14:paraId="0897B393" w14:textId="117FFFF0" w:rsidR="00E9128B" w:rsidRPr="00023961" w:rsidRDefault="00E9128B" w:rsidP="00B52945">
                              <w:pPr>
                                <w:shd w:val="clear" w:color="auto" w:fill="F2F2F2" w:themeFill="background1" w:themeFillShade="F2"/>
                                <w:spacing w:after="0"/>
                                <w:jc w:val="center"/>
                                <w:rPr>
                                  <w:rFonts w:ascii="Times New Roman" w:hAnsi="Times New Roman" w:cs="Times New Roman"/>
                                  <w:b/>
                                  <w:bCs/>
                                  <w:u w:val="single"/>
                                  <w:lang w:val="lt-LT"/>
                                </w:rPr>
                              </w:pPr>
                              <w:r w:rsidRPr="00023961">
                                <w:rPr>
                                  <w:rFonts w:ascii="Times New Roman" w:hAnsi="Times New Roman" w:cs="Times New Roman"/>
                                  <w:b/>
                                  <w:bCs/>
                                  <w:u w:val="single"/>
                                  <w:lang w:val="lt-LT"/>
                                </w:rPr>
                                <w:t>Mokėjimo prašymas</w:t>
                              </w:r>
                            </w:p>
                            <w:p w14:paraId="446BD0C0" w14:textId="767046A2" w:rsidR="00E9128B" w:rsidRPr="00E9128B" w:rsidRDefault="00E9128B" w:rsidP="00B52945">
                              <w:pPr>
                                <w:shd w:val="clear" w:color="auto" w:fill="F2F2F2" w:themeFill="background1" w:themeFillShade="F2"/>
                                <w:rPr>
                                  <w:lang w:val="lt-L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35801008" name="Group 15"/>
                        <wpg:cNvGrpSpPr/>
                        <wpg:grpSpPr>
                          <a:xfrm>
                            <a:off x="230332" y="372341"/>
                            <a:ext cx="4772545" cy="3019598"/>
                            <a:chOff x="0" y="0"/>
                            <a:chExt cx="4772545" cy="3019598"/>
                          </a:xfrm>
                        </wpg:grpSpPr>
                        <wpg:grpSp>
                          <wpg:cNvPr id="2044107216" name="Group 14"/>
                          <wpg:cNvGrpSpPr/>
                          <wpg:grpSpPr>
                            <a:xfrm>
                              <a:off x="742950" y="294409"/>
                              <a:ext cx="4029595" cy="2725189"/>
                              <a:chOff x="0" y="0"/>
                              <a:chExt cx="4029595" cy="2725189"/>
                            </a:xfrm>
                          </wpg:grpSpPr>
                          <wpg:grpSp>
                            <wpg:cNvPr id="1083509671" name="Group 13"/>
                            <wpg:cNvGrpSpPr/>
                            <wpg:grpSpPr>
                              <a:xfrm>
                                <a:off x="796637" y="154132"/>
                                <a:ext cx="3232958" cy="2571057"/>
                                <a:chOff x="0" y="0"/>
                                <a:chExt cx="3232958" cy="2571057"/>
                              </a:xfrm>
                            </wpg:grpSpPr>
                            <wpg:grpSp>
                              <wpg:cNvPr id="232477804" name="Group 9"/>
                              <wpg:cNvGrpSpPr/>
                              <wpg:grpSpPr>
                                <a:xfrm>
                                  <a:off x="0" y="0"/>
                                  <a:ext cx="1501140" cy="1726623"/>
                                  <a:chOff x="0" y="0"/>
                                  <a:chExt cx="1501486" cy="1766455"/>
                                </a:xfrm>
                              </wpg:grpSpPr>
                              <wps:wsp>
                                <wps:cNvPr id="1243687473" name="Rectangle 6"/>
                                <wps:cNvSpPr/>
                                <wps:spPr>
                                  <a:xfrm>
                                    <a:off x="0" y="0"/>
                                    <a:ext cx="1501486" cy="297873"/>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7E30A201" w14:textId="6D917524" w:rsidR="00F97AC6" w:rsidRPr="00F97AC6" w:rsidRDefault="00F97AC6" w:rsidP="00F97AC6">
                                      <w:pPr>
                                        <w:rPr>
                                          <w:lang w:val="lt-LT"/>
                                        </w:rPr>
                                      </w:pPr>
                                      <w:r w:rsidRPr="00A919EC">
                                        <w:rPr>
                                          <w:rFonts w:ascii="Segoe UI Emoji" w:hAnsi="Segoe UI Emoji" w:cs="Segoe UI Emoji"/>
                                          <w:lang w:val="lt-LT"/>
                                        </w:rPr>
                                        <w:t>📁</w:t>
                                      </w:r>
                                      <w:r>
                                        <w:rPr>
                                          <w:lang w:val="lt-LT"/>
                                        </w:rPr>
                                        <w:t>K01_ Briuselis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2928635" name="Rectangle 6"/>
                                <wps:cNvSpPr/>
                                <wps:spPr>
                                  <a:xfrm>
                                    <a:off x="0" y="1468582"/>
                                    <a:ext cx="1501486" cy="297873"/>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2B5758F1" w14:textId="518DB5D4" w:rsidR="00F97AC6" w:rsidRPr="00F97AC6" w:rsidRDefault="00F97AC6" w:rsidP="00F97AC6">
                                      <w:pPr>
                                        <w:rPr>
                                          <w:lang w:val="lt-LT"/>
                                        </w:rPr>
                                      </w:pPr>
                                      <w:r w:rsidRPr="00A919EC">
                                        <w:rPr>
                                          <w:rFonts w:ascii="Segoe UI Emoji" w:hAnsi="Segoe UI Emoji" w:cs="Segoe UI Emoji"/>
                                          <w:lang w:val="lt-LT"/>
                                        </w:rPr>
                                        <w:t>📁</w:t>
                                      </w:r>
                                      <w:r>
                                        <w:rPr>
                                          <w:lang w:val="lt-LT"/>
                                        </w:rPr>
                                        <w:t>K02_ Ryga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97516369" name="Group 10"/>
                              <wpg:cNvGrpSpPr/>
                              <wpg:grpSpPr>
                                <a:xfrm>
                                  <a:off x="1731818" y="311727"/>
                                  <a:ext cx="1501140" cy="2259330"/>
                                  <a:chOff x="0" y="0"/>
                                  <a:chExt cx="1501140" cy="2259907"/>
                                </a:xfrm>
                              </wpg:grpSpPr>
                              <wps:wsp>
                                <wps:cNvPr id="924249230" name="Rectangle 6"/>
                                <wps:cNvSpPr/>
                                <wps:spPr>
                                  <a:xfrm>
                                    <a:off x="0" y="0"/>
                                    <a:ext cx="1501140" cy="80518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1385208D" w14:textId="75AE65C2" w:rsidR="00F97AC6" w:rsidRDefault="00F97AC6" w:rsidP="00F97AC6">
                                      <w:pPr>
                                        <w:spacing w:after="0" w:line="240" w:lineRule="auto"/>
                                        <w:rPr>
                                          <w:lang w:val="lt-LT"/>
                                        </w:rPr>
                                      </w:pPr>
                                      <w:r w:rsidRPr="00F97AC6">
                                        <w:rPr>
                                          <w:lang w:val="lt-LT"/>
                                        </w:rPr>
                                        <w:sym w:font="Wingdings" w:char="F0E0"/>
                                      </w:r>
                                      <w:r>
                                        <w:rPr>
                                          <w:lang w:val="lt-LT"/>
                                        </w:rPr>
                                        <w:t xml:space="preserve"> Įsakymas</w:t>
                                      </w:r>
                                    </w:p>
                                    <w:p w14:paraId="20A8EA4E" w14:textId="6F9E961B" w:rsidR="00F97AC6" w:rsidRDefault="00F97AC6" w:rsidP="00F97AC6">
                                      <w:pPr>
                                        <w:spacing w:after="0" w:line="240" w:lineRule="auto"/>
                                        <w:rPr>
                                          <w:lang w:val="lt-LT"/>
                                        </w:rPr>
                                      </w:pPr>
                                      <w:r w:rsidRPr="00F97AC6">
                                        <w:rPr>
                                          <w:lang w:val="lt-LT"/>
                                        </w:rPr>
                                        <w:sym w:font="Wingdings" w:char="F0E0"/>
                                      </w:r>
                                      <w:r>
                                        <w:rPr>
                                          <w:lang w:val="lt-LT"/>
                                        </w:rPr>
                                        <w:t xml:space="preserve"> Bilietai</w:t>
                                      </w:r>
                                    </w:p>
                                    <w:p w14:paraId="17266AD9" w14:textId="06349F1E" w:rsidR="00F97AC6" w:rsidRDefault="00F97AC6" w:rsidP="00F97AC6">
                                      <w:pPr>
                                        <w:spacing w:after="0" w:line="240" w:lineRule="auto"/>
                                        <w:rPr>
                                          <w:lang w:val="lt-LT"/>
                                        </w:rPr>
                                      </w:pPr>
                                      <w:r w:rsidRPr="00F97AC6">
                                        <w:rPr>
                                          <w:lang w:val="lt-LT"/>
                                        </w:rPr>
                                        <w:sym w:font="Wingdings" w:char="F0E0"/>
                                      </w:r>
                                      <w:r>
                                        <w:rPr>
                                          <w:lang w:val="lt-LT"/>
                                        </w:rPr>
                                        <w:t xml:space="preserve"> Viešbutis</w:t>
                                      </w:r>
                                    </w:p>
                                    <w:p w14:paraId="55D0C8B0" w14:textId="702D7D09" w:rsidR="00F97AC6" w:rsidRDefault="00F97AC6" w:rsidP="00F97AC6">
                                      <w:pPr>
                                        <w:spacing w:after="0" w:line="240" w:lineRule="auto"/>
                                        <w:rPr>
                                          <w:lang w:val="lt-LT"/>
                                        </w:rPr>
                                      </w:pPr>
                                      <w:r w:rsidRPr="00F97AC6">
                                        <w:rPr>
                                          <w:lang w:val="lt-LT"/>
                                        </w:rPr>
                                        <w:sym w:font="Wingdings" w:char="F0E0"/>
                                      </w:r>
                                      <w:r>
                                        <w:rPr>
                                          <w:lang w:val="lt-LT"/>
                                        </w:rPr>
                                        <w:t xml:space="preserve"> Mokėjimai</w:t>
                                      </w:r>
                                    </w:p>
                                    <w:p w14:paraId="377D5446" w14:textId="77777777" w:rsidR="00F97AC6" w:rsidRDefault="00F97AC6" w:rsidP="00F97AC6">
                                      <w:pPr>
                                        <w:spacing w:after="0" w:line="240" w:lineRule="auto"/>
                                        <w:rPr>
                                          <w:lang w:val="lt-LT"/>
                                        </w:rPr>
                                      </w:pPr>
                                    </w:p>
                                    <w:p w14:paraId="2A4081C5" w14:textId="77777777" w:rsidR="00F97AC6" w:rsidRDefault="00F97AC6" w:rsidP="00F97AC6">
                                      <w:pPr>
                                        <w:spacing w:after="0" w:line="240" w:lineRule="auto"/>
                                        <w:rPr>
                                          <w:lang w:val="lt-LT"/>
                                        </w:rPr>
                                      </w:pPr>
                                    </w:p>
                                    <w:p w14:paraId="4DEA9A0C" w14:textId="77777777" w:rsidR="00F97AC6" w:rsidRPr="00F97AC6" w:rsidRDefault="00F97AC6" w:rsidP="00F97AC6">
                                      <w:pPr>
                                        <w:spacing w:after="0" w:line="240" w:lineRule="auto"/>
                                        <w:rPr>
                                          <w:lang w:val="lt-L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2105944" name="Rectangle 6"/>
                                <wps:cNvSpPr/>
                                <wps:spPr>
                                  <a:xfrm>
                                    <a:off x="0" y="1454727"/>
                                    <a:ext cx="1501140" cy="80518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70F4E7D2" w14:textId="77777777" w:rsidR="00BB2D11" w:rsidRDefault="00BB2D11" w:rsidP="00BB2D11">
                                      <w:pPr>
                                        <w:spacing w:after="0" w:line="240" w:lineRule="auto"/>
                                        <w:rPr>
                                          <w:lang w:val="lt-LT"/>
                                        </w:rPr>
                                      </w:pPr>
                                      <w:r w:rsidRPr="00F97AC6">
                                        <w:rPr>
                                          <w:lang w:val="lt-LT"/>
                                        </w:rPr>
                                        <w:sym w:font="Wingdings" w:char="F0E0"/>
                                      </w:r>
                                      <w:r>
                                        <w:rPr>
                                          <w:lang w:val="lt-LT"/>
                                        </w:rPr>
                                        <w:t xml:space="preserve"> Įsakymas</w:t>
                                      </w:r>
                                    </w:p>
                                    <w:p w14:paraId="7E6E4D4F" w14:textId="77777777" w:rsidR="00BB2D11" w:rsidRDefault="00BB2D11" w:rsidP="00BB2D11">
                                      <w:pPr>
                                        <w:spacing w:after="0" w:line="240" w:lineRule="auto"/>
                                        <w:rPr>
                                          <w:lang w:val="lt-LT"/>
                                        </w:rPr>
                                      </w:pPr>
                                      <w:r w:rsidRPr="00F97AC6">
                                        <w:rPr>
                                          <w:lang w:val="lt-LT"/>
                                        </w:rPr>
                                        <w:sym w:font="Wingdings" w:char="F0E0"/>
                                      </w:r>
                                      <w:r>
                                        <w:rPr>
                                          <w:lang w:val="lt-LT"/>
                                        </w:rPr>
                                        <w:t xml:space="preserve"> Bilietai</w:t>
                                      </w:r>
                                    </w:p>
                                    <w:p w14:paraId="6898D0CC" w14:textId="77777777" w:rsidR="00BB2D11" w:rsidRDefault="00BB2D11" w:rsidP="00BB2D11">
                                      <w:pPr>
                                        <w:spacing w:after="0" w:line="240" w:lineRule="auto"/>
                                        <w:rPr>
                                          <w:lang w:val="lt-LT"/>
                                        </w:rPr>
                                      </w:pPr>
                                      <w:r w:rsidRPr="00F97AC6">
                                        <w:rPr>
                                          <w:lang w:val="lt-LT"/>
                                        </w:rPr>
                                        <w:sym w:font="Wingdings" w:char="F0E0"/>
                                      </w:r>
                                      <w:r>
                                        <w:rPr>
                                          <w:lang w:val="lt-LT"/>
                                        </w:rPr>
                                        <w:t xml:space="preserve"> Viešbutis</w:t>
                                      </w:r>
                                    </w:p>
                                    <w:p w14:paraId="498F211D" w14:textId="77777777" w:rsidR="00BB2D11" w:rsidRDefault="00BB2D11" w:rsidP="00BB2D11">
                                      <w:pPr>
                                        <w:spacing w:after="0" w:line="240" w:lineRule="auto"/>
                                        <w:rPr>
                                          <w:lang w:val="lt-LT"/>
                                        </w:rPr>
                                      </w:pPr>
                                      <w:r w:rsidRPr="00F97AC6">
                                        <w:rPr>
                                          <w:lang w:val="lt-LT"/>
                                        </w:rPr>
                                        <w:sym w:font="Wingdings" w:char="F0E0"/>
                                      </w:r>
                                      <w:r>
                                        <w:rPr>
                                          <w:lang w:val="lt-LT"/>
                                        </w:rPr>
                                        <w:t xml:space="preserve"> Mokėjimai</w:t>
                                      </w:r>
                                    </w:p>
                                    <w:p w14:paraId="12F62ACE" w14:textId="77777777" w:rsidR="00BB2D11" w:rsidRDefault="00BB2D11" w:rsidP="00BB2D11">
                                      <w:pPr>
                                        <w:spacing w:after="0" w:line="240" w:lineRule="auto"/>
                                        <w:rPr>
                                          <w:lang w:val="lt-LT"/>
                                        </w:rPr>
                                      </w:pPr>
                                    </w:p>
                                    <w:p w14:paraId="08D4EF70" w14:textId="77777777" w:rsidR="00BB2D11" w:rsidRDefault="00BB2D11" w:rsidP="00BB2D11">
                                      <w:pPr>
                                        <w:spacing w:after="0" w:line="240" w:lineRule="auto"/>
                                        <w:rPr>
                                          <w:lang w:val="lt-LT"/>
                                        </w:rPr>
                                      </w:pPr>
                                    </w:p>
                                    <w:p w14:paraId="6BF263EB" w14:textId="77777777" w:rsidR="00BB2D11" w:rsidRPr="00F97AC6" w:rsidRDefault="00BB2D11" w:rsidP="00BB2D11">
                                      <w:pPr>
                                        <w:spacing w:after="0" w:line="240" w:lineRule="auto"/>
                                        <w:rPr>
                                          <w:lang w:val="lt-L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48677361" name="Connector: Elbow 12"/>
                              <wps:cNvCnPr/>
                              <wps:spPr>
                                <a:xfrm>
                                  <a:off x="710045" y="313459"/>
                                  <a:ext cx="1020041" cy="417368"/>
                                </a:xfrm>
                                <a:prstGeom prst="bentConnector3">
                                  <a:avLst>
                                    <a:gd name="adj1" fmla="val -265"/>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39959101" name="Connector: Elbow 12"/>
                              <wps:cNvCnPr/>
                              <wps:spPr>
                                <a:xfrm>
                                  <a:off x="690995" y="1768186"/>
                                  <a:ext cx="1020041" cy="417368"/>
                                </a:xfrm>
                                <a:prstGeom prst="bentConnector3">
                                  <a:avLst>
                                    <a:gd name="adj1" fmla="val 414"/>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1339511308" name="Connector: Elbow 12"/>
                            <wps:cNvCnPr/>
                            <wps:spPr>
                              <a:xfrm>
                                <a:off x="0" y="0"/>
                                <a:ext cx="792000" cy="288000"/>
                              </a:xfrm>
                              <a:prstGeom prst="bentConnector3">
                                <a:avLst>
                                  <a:gd name="adj1" fmla="val -265"/>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1190768045" name="Connector: Elbow 12"/>
                            <wps:cNvCnPr/>
                            <wps:spPr>
                              <a:xfrm>
                                <a:off x="0" y="284018"/>
                                <a:ext cx="792000" cy="1440000"/>
                              </a:xfrm>
                              <a:prstGeom prst="bentConnector3">
                                <a:avLst>
                                  <a:gd name="adj1" fmla="val -265"/>
                                </a:avLst>
                              </a:prstGeom>
                              <a:ln>
                                <a:tailEnd type="triangle"/>
                              </a:ln>
                            </wps:spPr>
                            <wps:style>
                              <a:lnRef idx="2">
                                <a:schemeClr val="accent1"/>
                              </a:lnRef>
                              <a:fillRef idx="0">
                                <a:schemeClr val="accent1"/>
                              </a:fillRef>
                              <a:effectRef idx="1">
                                <a:schemeClr val="accent1"/>
                              </a:effectRef>
                              <a:fontRef idx="minor">
                                <a:schemeClr val="tx1"/>
                              </a:fontRef>
                            </wps:style>
                            <wps:bodyPr/>
                          </wps:wsp>
                        </wpg:grpSp>
                        <wps:wsp>
                          <wps:cNvPr id="1417493117" name="Rectangle 6"/>
                          <wps:cNvSpPr/>
                          <wps:spPr>
                            <a:xfrm>
                              <a:off x="0" y="0"/>
                              <a:ext cx="1500946" cy="291113"/>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3145CB93" w14:textId="2CF85423" w:rsidR="00B52945" w:rsidRPr="00C03344" w:rsidRDefault="00B52945" w:rsidP="00B52945">
                                <w:pPr>
                                  <w:rPr>
                                    <w:lang w:val="lt-LT"/>
                                  </w:rPr>
                                </w:pPr>
                                <w:r w:rsidRPr="00C03344">
                                  <w:rPr>
                                    <w:lang w:val="lt-LT"/>
                                  </w:rPr>
                                  <w:t>0</w:t>
                                </w:r>
                                <w:r w:rsidR="00AB46BB">
                                  <w:rPr>
                                    <w:lang w:val="lt-LT"/>
                                  </w:rPr>
                                  <w:t>3</w:t>
                                </w:r>
                                <w:r w:rsidRPr="00C03344">
                                  <w:rPr>
                                    <w:lang w:val="lt-LT"/>
                                  </w:rPr>
                                  <w:t>_Komandiruotės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A0CE5C3" id="Group 16" o:spid="_x0000_s1026" style="position:absolute;margin-left:52.55pt;margin-top:2.8pt;width:398.1pt;height:271.5pt;z-index:251675648;mso-width-relative:margin;mso-height-relative:margin" coordsize="53195,35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">
                <v:shapetype id="_x0000_t202" coordsize="21600,21600" o:spt="202" path="m,l,21600r21600,l21600,xe">
                  <v:stroke joinstyle="miter"/>
                  <v:path gradientshapeok="t" o:connecttype="rect"/>
                </v:shapetype>
                <v:shape id="Text Box 5" o:spid="_x0000_s1027" type="#_x0000_t202" style="position:absolute;width:53195;height:35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" fillcolor="white [3201]" stroked="f" strokeweight=".5pt">
                  <v:textbox>
                    <w:txbxContent>
                      <w:p w14:paraId="0897B393" w14:textId="117FFFF0" w:rsidR="00E9128B" w:rsidRPr="00023961" w:rsidRDefault="00E9128B" w:rsidP="00B52945">
                        <w:pPr>
                          <w:shd w:val="clear" w:color="auto" w:fill="F2F2F2" w:themeFill="background1" w:themeFillShade="F2"/>
                          <w:spacing w:after="0"/>
                          <w:jc w:val="center"/>
                          <w:rPr>
                            <w:rFonts w:ascii="Times New Roman" w:hAnsi="Times New Roman" w:cs="Times New Roman"/>
                            <w:b/>
                            <w:bCs/>
                            <w:u w:val="single"/>
                            <w:lang w:val="lt-LT"/>
                          </w:rPr>
                        </w:pPr>
                        <w:r w:rsidRPr="00023961">
                          <w:rPr>
                            <w:rFonts w:ascii="Times New Roman" w:hAnsi="Times New Roman" w:cs="Times New Roman"/>
                            <w:b/>
                            <w:bCs/>
                            <w:u w:val="single"/>
                            <w:lang w:val="lt-LT"/>
                          </w:rPr>
                          <w:t>Mokėjimo prašymas</w:t>
                        </w:r>
                      </w:p>
                      <w:p w14:paraId="446BD0C0" w14:textId="767046A2" w:rsidR="00E9128B" w:rsidRPr="00E9128B" w:rsidRDefault="00E9128B" w:rsidP="00B52945">
                        <w:pPr>
                          <w:shd w:val="clear" w:color="auto" w:fill="F2F2F2" w:themeFill="background1" w:themeFillShade="F2"/>
                          <w:rPr>
                            <w:lang w:val="lt-LT"/>
                          </w:rPr>
                        </w:pPr>
                      </w:p>
                    </w:txbxContent>
                  </v:textbox>
                </v:shape>
                <v:group id="Group 15" o:spid="_x0000_s1028" style="position:absolute;left:2303;top:3723;width:47725;height:30196" coordsize="47725,3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">
                  <v:group id="Group 14" o:spid="_x0000_s1029" style="position:absolute;left:7429;top:2944;width:40296;height:27251" coordsize="40295,2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">
                    <v:group id="Group 13" o:spid="_x0000_s1030" style="position:absolute;left:7966;top:1541;width:32329;height:25710" coordsize="32329,2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">
                      <v:group id="Group 9" o:spid="_x0000_s1031" style="position:absolute;width:15011;height:17266" coordsize="15014,17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">
                        <v:rect id="Rectangle 6" o:spid="_x0000_s1032" style="position:absolute;width:15014;height:2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" fillcolor="#4f81bd [3204]" strokecolor="#4579b8 [3044]">
                          <v:fill color2="#a7bfde [1620]" rotate="t" angle="180" focus="100%" type="gradient">
                            <o:fill v:ext="view" type="gradientUnscaled"/>
                          </v:fill>
                          <v:shadow on="t" color="black" opacity="22937f" origin=",.5" offset="0,.63889mm"/>
                          <v:textbox>
                            <w:txbxContent>
                              <w:p w14:paraId="7E30A201" w14:textId="6D917524" w:rsidR="00F97AC6" w:rsidRPr="00F97AC6" w:rsidRDefault="00F97AC6" w:rsidP="00F97AC6">
                                <w:pPr>
                                  <w:rPr>
                                    <w:lang w:val="lt-LT"/>
                                  </w:rPr>
                                </w:pPr>
                                <w:r w:rsidRPr="00A919EC">
                                  <w:rPr>
                                    <w:rFonts w:ascii="Segoe UI Emoji" w:hAnsi="Segoe UI Emoji" w:cs="Segoe UI Emoji"/>
                                    <w:lang w:val="lt-LT"/>
                                  </w:rPr>
                                  <w:t>📁</w:t>
                                </w:r>
                                <w:r>
                                  <w:rPr>
                                    <w:lang w:val="lt-LT"/>
                                  </w:rPr>
                                  <w:t>K01_ Briuselis</w:t>
                                </w:r>
                              </w:p>
                            </w:txbxContent>
                          </v:textbox>
                        </v:rect>
                        <v:rect id="Rectangle 6" o:spid="_x0000_s1033" style="position:absolute;top:14685;width:15014;height:2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" fillcolor="#4f81bd [3204]" strokecolor="#4579b8 [3044]">
                          <v:fill color2="#a7bfde [1620]" rotate="t" angle="180" focus="100%" type="gradient">
                            <o:fill v:ext="view" type="gradientUnscaled"/>
                          </v:fill>
                          <v:shadow on="t" color="black" opacity="22937f" origin=",.5" offset="0,.63889mm"/>
                          <v:textbox>
                            <w:txbxContent>
                              <w:p w14:paraId="2B5758F1" w14:textId="518DB5D4" w:rsidR="00F97AC6" w:rsidRPr="00F97AC6" w:rsidRDefault="00F97AC6" w:rsidP="00F97AC6">
                                <w:pPr>
                                  <w:rPr>
                                    <w:lang w:val="lt-LT"/>
                                  </w:rPr>
                                </w:pPr>
                                <w:r w:rsidRPr="00A919EC">
                                  <w:rPr>
                                    <w:rFonts w:ascii="Segoe UI Emoji" w:hAnsi="Segoe UI Emoji" w:cs="Segoe UI Emoji"/>
                                    <w:lang w:val="lt-LT"/>
                                  </w:rPr>
                                  <w:t>📁</w:t>
                                </w:r>
                                <w:r>
                                  <w:rPr>
                                    <w:lang w:val="lt-LT"/>
                                  </w:rPr>
                                  <w:t>K02_ Ryga</w:t>
                                </w:r>
                              </w:p>
                            </w:txbxContent>
                          </v:textbox>
                        </v:rect>
                      </v:group>
                      <v:group id="Group 10" o:spid="_x0000_s1034" style="position:absolute;left:17318;top:3117;width:15011;height:22593" coordsize="15011,22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">
                        <v:rect id="Rectangle 6" o:spid="_x0000_s1035" style="position:absolute;width:15011;height:8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" fillcolor="#4f81bd [3204]" strokecolor="#4579b8 [3044]">
                          <v:fill color2="#a7bfde [1620]" rotate="t" angle="180" focus="100%" type="gradient">
                            <o:fill v:ext="view" type="gradientUnscaled"/>
                          </v:fill>
                          <v:shadow on="t" color="black" opacity="22937f" origin=",.5" offset="0,.63889mm"/>
                          <v:textbox>
                            <w:txbxContent>
                              <w:p w14:paraId="1385208D" w14:textId="75AE65C2" w:rsidR="00F97AC6" w:rsidRDefault="00F97AC6" w:rsidP="00F97AC6">
                                <w:pPr>
                                  <w:spacing w:after="0" w:line="240" w:lineRule="auto"/>
                                  <w:rPr>
                                    <w:lang w:val="lt-LT"/>
                                  </w:rPr>
                                </w:pPr>
                                <w:r w:rsidRPr="00F97AC6">
                                  <w:rPr>
                                    <w:lang w:val="lt-LT"/>
                                  </w:rPr>
                                  <w:sym w:font="Wingdings" w:char="F0E0"/>
                                </w:r>
                                <w:r>
                                  <w:rPr>
                                    <w:lang w:val="lt-LT"/>
                                  </w:rPr>
                                  <w:t xml:space="preserve"> Įsakymas</w:t>
                                </w:r>
                              </w:p>
                              <w:p w14:paraId="20A8EA4E" w14:textId="6F9E961B" w:rsidR="00F97AC6" w:rsidRDefault="00F97AC6" w:rsidP="00F97AC6">
                                <w:pPr>
                                  <w:spacing w:after="0" w:line="240" w:lineRule="auto"/>
                                  <w:rPr>
                                    <w:lang w:val="lt-LT"/>
                                  </w:rPr>
                                </w:pPr>
                                <w:r w:rsidRPr="00F97AC6">
                                  <w:rPr>
                                    <w:lang w:val="lt-LT"/>
                                  </w:rPr>
                                  <w:sym w:font="Wingdings" w:char="F0E0"/>
                                </w:r>
                                <w:r>
                                  <w:rPr>
                                    <w:lang w:val="lt-LT"/>
                                  </w:rPr>
                                  <w:t xml:space="preserve"> Bilietai</w:t>
                                </w:r>
                              </w:p>
                              <w:p w14:paraId="17266AD9" w14:textId="06349F1E" w:rsidR="00F97AC6" w:rsidRDefault="00F97AC6" w:rsidP="00F97AC6">
                                <w:pPr>
                                  <w:spacing w:after="0" w:line="240" w:lineRule="auto"/>
                                  <w:rPr>
                                    <w:lang w:val="lt-LT"/>
                                  </w:rPr>
                                </w:pPr>
                                <w:r w:rsidRPr="00F97AC6">
                                  <w:rPr>
                                    <w:lang w:val="lt-LT"/>
                                  </w:rPr>
                                  <w:sym w:font="Wingdings" w:char="F0E0"/>
                                </w:r>
                                <w:r>
                                  <w:rPr>
                                    <w:lang w:val="lt-LT"/>
                                  </w:rPr>
                                  <w:t xml:space="preserve"> Viešbutis</w:t>
                                </w:r>
                              </w:p>
                              <w:p w14:paraId="55D0C8B0" w14:textId="702D7D09" w:rsidR="00F97AC6" w:rsidRDefault="00F97AC6" w:rsidP="00F97AC6">
                                <w:pPr>
                                  <w:spacing w:after="0" w:line="240" w:lineRule="auto"/>
                                  <w:rPr>
                                    <w:lang w:val="lt-LT"/>
                                  </w:rPr>
                                </w:pPr>
                                <w:r w:rsidRPr="00F97AC6">
                                  <w:rPr>
                                    <w:lang w:val="lt-LT"/>
                                  </w:rPr>
                                  <w:sym w:font="Wingdings" w:char="F0E0"/>
                                </w:r>
                                <w:r>
                                  <w:rPr>
                                    <w:lang w:val="lt-LT"/>
                                  </w:rPr>
                                  <w:t xml:space="preserve"> Mokėjimai</w:t>
                                </w:r>
                              </w:p>
                              <w:p w14:paraId="377D5446" w14:textId="77777777" w:rsidR="00F97AC6" w:rsidRDefault="00F97AC6" w:rsidP="00F97AC6">
                                <w:pPr>
                                  <w:spacing w:after="0" w:line="240" w:lineRule="auto"/>
                                  <w:rPr>
                                    <w:lang w:val="lt-LT"/>
                                  </w:rPr>
                                </w:pPr>
                              </w:p>
                              <w:p w14:paraId="2A4081C5" w14:textId="77777777" w:rsidR="00F97AC6" w:rsidRDefault="00F97AC6" w:rsidP="00F97AC6">
                                <w:pPr>
                                  <w:spacing w:after="0" w:line="240" w:lineRule="auto"/>
                                  <w:rPr>
                                    <w:lang w:val="lt-LT"/>
                                  </w:rPr>
                                </w:pPr>
                              </w:p>
                              <w:p w14:paraId="4DEA9A0C" w14:textId="77777777" w:rsidR="00F97AC6" w:rsidRPr="00F97AC6" w:rsidRDefault="00F97AC6" w:rsidP="00F97AC6">
                                <w:pPr>
                                  <w:spacing w:after="0" w:line="240" w:lineRule="auto"/>
                                  <w:rPr>
                                    <w:lang w:val="lt-LT"/>
                                  </w:rPr>
                                </w:pPr>
                              </w:p>
                            </w:txbxContent>
                          </v:textbox>
                        </v:rect>
                        <v:rect id="Rectangle 6" o:spid="_x0000_s1036" style="position:absolute;top:14547;width:15011;height:8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" fillcolor="#4f81bd [3204]" strokecolor="#4579b8 [3044]">
                          <v:fill color2="#a7bfde [1620]" rotate="t" angle="180" focus="100%" type="gradient">
                            <o:fill v:ext="view" type="gradientUnscaled"/>
                          </v:fill>
                          <v:shadow on="t" color="black" opacity="22937f" origin=",.5" offset="0,.63889mm"/>
                          <v:textbox>
                            <w:txbxContent>
                              <w:p w14:paraId="70F4E7D2" w14:textId="77777777" w:rsidR="00BB2D11" w:rsidRDefault="00BB2D11" w:rsidP="00BB2D11">
                                <w:pPr>
                                  <w:spacing w:after="0" w:line="240" w:lineRule="auto"/>
                                  <w:rPr>
                                    <w:lang w:val="lt-LT"/>
                                  </w:rPr>
                                </w:pPr>
                                <w:r w:rsidRPr="00F97AC6">
                                  <w:rPr>
                                    <w:lang w:val="lt-LT"/>
                                  </w:rPr>
                                  <w:sym w:font="Wingdings" w:char="F0E0"/>
                                </w:r>
                                <w:r>
                                  <w:rPr>
                                    <w:lang w:val="lt-LT"/>
                                  </w:rPr>
                                  <w:t xml:space="preserve"> Įsakymas</w:t>
                                </w:r>
                              </w:p>
                              <w:p w14:paraId="7E6E4D4F" w14:textId="77777777" w:rsidR="00BB2D11" w:rsidRDefault="00BB2D11" w:rsidP="00BB2D11">
                                <w:pPr>
                                  <w:spacing w:after="0" w:line="240" w:lineRule="auto"/>
                                  <w:rPr>
                                    <w:lang w:val="lt-LT"/>
                                  </w:rPr>
                                </w:pPr>
                                <w:r w:rsidRPr="00F97AC6">
                                  <w:rPr>
                                    <w:lang w:val="lt-LT"/>
                                  </w:rPr>
                                  <w:sym w:font="Wingdings" w:char="F0E0"/>
                                </w:r>
                                <w:r>
                                  <w:rPr>
                                    <w:lang w:val="lt-LT"/>
                                  </w:rPr>
                                  <w:t xml:space="preserve"> Bilietai</w:t>
                                </w:r>
                              </w:p>
                              <w:p w14:paraId="6898D0CC" w14:textId="77777777" w:rsidR="00BB2D11" w:rsidRDefault="00BB2D11" w:rsidP="00BB2D11">
                                <w:pPr>
                                  <w:spacing w:after="0" w:line="240" w:lineRule="auto"/>
                                  <w:rPr>
                                    <w:lang w:val="lt-LT"/>
                                  </w:rPr>
                                </w:pPr>
                                <w:r w:rsidRPr="00F97AC6">
                                  <w:rPr>
                                    <w:lang w:val="lt-LT"/>
                                  </w:rPr>
                                  <w:sym w:font="Wingdings" w:char="F0E0"/>
                                </w:r>
                                <w:r>
                                  <w:rPr>
                                    <w:lang w:val="lt-LT"/>
                                  </w:rPr>
                                  <w:t xml:space="preserve"> Viešbutis</w:t>
                                </w:r>
                              </w:p>
                              <w:p w14:paraId="498F211D" w14:textId="77777777" w:rsidR="00BB2D11" w:rsidRDefault="00BB2D11" w:rsidP="00BB2D11">
                                <w:pPr>
                                  <w:spacing w:after="0" w:line="240" w:lineRule="auto"/>
                                  <w:rPr>
                                    <w:lang w:val="lt-LT"/>
                                  </w:rPr>
                                </w:pPr>
                                <w:r w:rsidRPr="00F97AC6">
                                  <w:rPr>
                                    <w:lang w:val="lt-LT"/>
                                  </w:rPr>
                                  <w:sym w:font="Wingdings" w:char="F0E0"/>
                                </w:r>
                                <w:r>
                                  <w:rPr>
                                    <w:lang w:val="lt-LT"/>
                                  </w:rPr>
                                  <w:t xml:space="preserve"> Mokėjimai</w:t>
                                </w:r>
                              </w:p>
                              <w:p w14:paraId="12F62ACE" w14:textId="77777777" w:rsidR="00BB2D11" w:rsidRDefault="00BB2D11" w:rsidP="00BB2D11">
                                <w:pPr>
                                  <w:spacing w:after="0" w:line="240" w:lineRule="auto"/>
                                  <w:rPr>
                                    <w:lang w:val="lt-LT"/>
                                  </w:rPr>
                                </w:pPr>
                              </w:p>
                              <w:p w14:paraId="08D4EF70" w14:textId="77777777" w:rsidR="00BB2D11" w:rsidRDefault="00BB2D11" w:rsidP="00BB2D11">
                                <w:pPr>
                                  <w:spacing w:after="0" w:line="240" w:lineRule="auto"/>
                                  <w:rPr>
                                    <w:lang w:val="lt-LT"/>
                                  </w:rPr>
                                </w:pPr>
                              </w:p>
                              <w:p w14:paraId="6BF263EB" w14:textId="77777777" w:rsidR="00BB2D11" w:rsidRPr="00F97AC6" w:rsidRDefault="00BB2D11" w:rsidP="00BB2D11">
                                <w:pPr>
                                  <w:spacing w:after="0" w:line="240" w:lineRule="auto"/>
                                  <w:rPr>
                                    <w:lang w:val="lt-LT"/>
                                  </w:rPr>
                                </w:pPr>
                              </w:p>
                            </w:txbxContent>
                          </v:textbox>
                        </v:rect>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2" o:spid="_x0000_s1037" type="#_x0000_t34" style="position:absolute;left:7100;top:3134;width:10200;height:417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" adj="-57" strokecolor="#4579b8 [3044]">
                        <v:stroke endarrow="block"/>
                      </v:shape>
                      <v:shape id="Connector: Elbow 12" o:spid="_x0000_s1038" type="#_x0000_t34" style="position:absolute;left:6909;top:17681;width:10201;height:417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" adj="89" strokecolor="#4579b8 [3044]">
                        <v:stroke endarrow="block"/>
                      </v:shape>
                    </v:group>
                    <v:shape id="Connector: Elbow 12" o:spid="_x0000_s1039" type="#_x0000_t34" style="position:absolute;width:7920;height:28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" adj="-57" strokecolor="#4f81bd [3204]" strokeweight="2pt">
                      <v:stroke endarrow="block"/>
                      <v:shadow on="t" color="black" opacity="24903f" origin=",.5" offset="0,.55556mm"/>
                    </v:shape>
                    <v:shape id="Connector: Elbow 12" o:spid="_x0000_s1040" type="#_x0000_t34" style="position:absolute;top:2840;width:7920;height:1440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" adj="-57" strokecolor="#4f81bd [3204]" strokeweight="2pt">
                      <v:stroke endarrow="block"/>
                      <v:shadow on="t" color="black" opacity="24903f" origin=",.5" offset="0,.55556mm"/>
                    </v:shape>
                  </v:group>
                  <v:rect id="Rectangle 6" o:spid="_x0000_s1041" style="position:absolute;width:15009;height:2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" fillcolor="#4f81bd [3204]" strokecolor="#4579b8 [3044]">
                    <v:fill color2="#a7bfde [1620]" rotate="t" angle="180" focus="100%" type="gradient">
                      <o:fill v:ext="view" type="gradientUnscaled"/>
                    </v:fill>
                    <v:shadow on="t" color="black" opacity="22937f" origin=",.5" offset="0,.63889mm"/>
                    <v:textbox>
                      <w:txbxContent>
                        <w:p w14:paraId="3145CB93" w14:textId="2CF85423" w:rsidR="00B52945" w:rsidRPr="00C03344" w:rsidRDefault="00B52945" w:rsidP="00B52945">
                          <w:pPr>
                            <w:rPr>
                              <w:lang w:val="lt-LT"/>
                            </w:rPr>
                          </w:pPr>
                          <w:r w:rsidRPr="00C03344">
                            <w:rPr>
                              <w:lang w:val="lt-LT"/>
                            </w:rPr>
                            <w:t>0</w:t>
                          </w:r>
                          <w:r w:rsidR="00AB46BB">
                            <w:rPr>
                              <w:lang w:val="lt-LT"/>
                            </w:rPr>
                            <w:t>3</w:t>
                          </w:r>
                          <w:r w:rsidRPr="00C03344">
                            <w:rPr>
                              <w:lang w:val="lt-LT"/>
                            </w:rPr>
                            <w:t>_Komandiruotės</w:t>
                          </w:r>
                        </w:p>
                      </w:txbxContent>
                    </v:textbox>
                  </v:rect>
                </v:group>
              </v:group>
            </w:pict>
          </mc:Fallback>
        </mc:AlternateContent>
      </w:r>
    </w:p>
    <w:sectPr w:rsidR="003006FD" w:rsidRPr="003006FD" w:rsidSect="00D742C5">
      <w:headerReference w:type="default" r:id="rId8"/>
      <w:pgSz w:w="11906" w:h="16838"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CEBA5" w14:textId="77777777" w:rsidR="0078034C" w:rsidRDefault="0078034C" w:rsidP="001026C9">
      <w:pPr>
        <w:spacing w:after="0" w:line="240" w:lineRule="auto"/>
      </w:pPr>
      <w:r>
        <w:separator/>
      </w:r>
    </w:p>
  </w:endnote>
  <w:endnote w:type="continuationSeparator" w:id="0">
    <w:p w14:paraId="6E85D05F" w14:textId="77777777" w:rsidR="0078034C" w:rsidRDefault="0078034C" w:rsidP="00102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32DA8" w14:textId="77777777" w:rsidR="0078034C" w:rsidRDefault="0078034C" w:rsidP="001026C9">
      <w:pPr>
        <w:spacing w:after="0" w:line="240" w:lineRule="auto"/>
      </w:pPr>
      <w:r>
        <w:separator/>
      </w:r>
    </w:p>
  </w:footnote>
  <w:footnote w:type="continuationSeparator" w:id="0">
    <w:p w14:paraId="5C86AC19" w14:textId="77777777" w:rsidR="0078034C" w:rsidRDefault="0078034C" w:rsidP="001026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861870"/>
      <w:docPartObj>
        <w:docPartGallery w:val="Page Numbers (Top of Page)"/>
        <w:docPartUnique/>
      </w:docPartObj>
    </w:sdtPr>
    <w:sdtEndPr/>
    <w:sdtContent>
      <w:p w14:paraId="1AE091E3" w14:textId="13BE0ED1" w:rsidR="001026C9" w:rsidRDefault="001026C9">
        <w:pPr>
          <w:pStyle w:val="Header"/>
          <w:jc w:val="center"/>
        </w:pPr>
        <w:r>
          <w:fldChar w:fldCharType="begin"/>
        </w:r>
        <w:r>
          <w:instrText>PAGE   \* MERGEFORMAT</w:instrText>
        </w:r>
        <w:r>
          <w:fldChar w:fldCharType="separate"/>
        </w:r>
        <w:r>
          <w:rPr>
            <w:lang w:val="lt-LT"/>
          </w:rPr>
          <w:t>2</w:t>
        </w:r>
        <w:r>
          <w:fldChar w:fldCharType="end"/>
        </w:r>
      </w:p>
    </w:sdtContent>
  </w:sdt>
  <w:p w14:paraId="56779B24" w14:textId="77777777" w:rsidR="001026C9" w:rsidRDefault="001026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5pt;height:11.15pt" o:bullet="t">
        <v:imagedata r:id="rId1" o:title="mso27E2"/>
      </v:shape>
    </w:pict>
  </w:numPicBullet>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EB2B33"/>
    <w:multiLevelType w:val="hybridMultilevel"/>
    <w:tmpl w:val="E8186F6E"/>
    <w:lvl w:ilvl="0" w:tplc="A0CC263E">
      <w:start w:val="1"/>
      <w:numFmt w:val="bullet"/>
      <w:lvlText w:val=""/>
      <w:lvlJc w:val="left"/>
      <w:pPr>
        <w:ind w:left="775" w:hanging="360"/>
      </w:pPr>
      <w:rPr>
        <w:rFonts w:ascii="Wingdings" w:hAnsi="Wingdings" w:hint="default"/>
        <w:color w:val="265898" w:themeColor="text2" w:themeTint="E6"/>
      </w:rPr>
    </w:lvl>
    <w:lvl w:ilvl="1" w:tplc="04270003" w:tentative="1">
      <w:start w:val="1"/>
      <w:numFmt w:val="bullet"/>
      <w:lvlText w:val="o"/>
      <w:lvlJc w:val="left"/>
      <w:pPr>
        <w:ind w:left="1495" w:hanging="360"/>
      </w:pPr>
      <w:rPr>
        <w:rFonts w:ascii="Courier New" w:hAnsi="Courier New" w:cs="Courier New" w:hint="default"/>
      </w:rPr>
    </w:lvl>
    <w:lvl w:ilvl="2" w:tplc="04270005" w:tentative="1">
      <w:start w:val="1"/>
      <w:numFmt w:val="bullet"/>
      <w:lvlText w:val=""/>
      <w:lvlJc w:val="left"/>
      <w:pPr>
        <w:ind w:left="2215" w:hanging="360"/>
      </w:pPr>
      <w:rPr>
        <w:rFonts w:ascii="Wingdings" w:hAnsi="Wingdings" w:hint="default"/>
      </w:rPr>
    </w:lvl>
    <w:lvl w:ilvl="3" w:tplc="04270001" w:tentative="1">
      <w:start w:val="1"/>
      <w:numFmt w:val="bullet"/>
      <w:lvlText w:val=""/>
      <w:lvlJc w:val="left"/>
      <w:pPr>
        <w:ind w:left="2935" w:hanging="360"/>
      </w:pPr>
      <w:rPr>
        <w:rFonts w:ascii="Symbol" w:hAnsi="Symbol" w:hint="default"/>
      </w:rPr>
    </w:lvl>
    <w:lvl w:ilvl="4" w:tplc="04270003" w:tentative="1">
      <w:start w:val="1"/>
      <w:numFmt w:val="bullet"/>
      <w:lvlText w:val="o"/>
      <w:lvlJc w:val="left"/>
      <w:pPr>
        <w:ind w:left="3655" w:hanging="360"/>
      </w:pPr>
      <w:rPr>
        <w:rFonts w:ascii="Courier New" w:hAnsi="Courier New" w:cs="Courier New" w:hint="default"/>
      </w:rPr>
    </w:lvl>
    <w:lvl w:ilvl="5" w:tplc="04270005" w:tentative="1">
      <w:start w:val="1"/>
      <w:numFmt w:val="bullet"/>
      <w:lvlText w:val=""/>
      <w:lvlJc w:val="left"/>
      <w:pPr>
        <w:ind w:left="4375" w:hanging="360"/>
      </w:pPr>
      <w:rPr>
        <w:rFonts w:ascii="Wingdings" w:hAnsi="Wingdings" w:hint="default"/>
      </w:rPr>
    </w:lvl>
    <w:lvl w:ilvl="6" w:tplc="04270001" w:tentative="1">
      <w:start w:val="1"/>
      <w:numFmt w:val="bullet"/>
      <w:lvlText w:val=""/>
      <w:lvlJc w:val="left"/>
      <w:pPr>
        <w:ind w:left="5095" w:hanging="360"/>
      </w:pPr>
      <w:rPr>
        <w:rFonts w:ascii="Symbol" w:hAnsi="Symbol" w:hint="default"/>
      </w:rPr>
    </w:lvl>
    <w:lvl w:ilvl="7" w:tplc="04270003" w:tentative="1">
      <w:start w:val="1"/>
      <w:numFmt w:val="bullet"/>
      <w:lvlText w:val="o"/>
      <w:lvlJc w:val="left"/>
      <w:pPr>
        <w:ind w:left="5815" w:hanging="360"/>
      </w:pPr>
      <w:rPr>
        <w:rFonts w:ascii="Courier New" w:hAnsi="Courier New" w:cs="Courier New" w:hint="default"/>
      </w:rPr>
    </w:lvl>
    <w:lvl w:ilvl="8" w:tplc="04270005" w:tentative="1">
      <w:start w:val="1"/>
      <w:numFmt w:val="bullet"/>
      <w:lvlText w:val=""/>
      <w:lvlJc w:val="left"/>
      <w:pPr>
        <w:ind w:left="6535" w:hanging="360"/>
      </w:pPr>
      <w:rPr>
        <w:rFonts w:ascii="Wingdings" w:hAnsi="Wingdings" w:hint="default"/>
      </w:rPr>
    </w:lvl>
  </w:abstractNum>
  <w:abstractNum w:abstractNumId="10" w15:restartNumberingAfterBreak="0">
    <w:nsid w:val="3FE02D07"/>
    <w:multiLevelType w:val="hybridMultilevel"/>
    <w:tmpl w:val="4BC414F2"/>
    <w:lvl w:ilvl="0" w:tplc="31EEEBC0">
      <w:numFmt w:val="bullet"/>
      <w:lvlText w:val="•"/>
      <w:lvlJc w:val="left"/>
      <w:pPr>
        <w:ind w:left="720" w:hanging="360"/>
      </w:pPr>
      <w:rPr>
        <w:rFonts w:ascii="Arial" w:hAnsi="Arial" w:hint="default"/>
        <w:b w:val="0"/>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0CD40AF"/>
    <w:multiLevelType w:val="hybridMultilevel"/>
    <w:tmpl w:val="5FA8354E"/>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0A9407F"/>
    <w:multiLevelType w:val="hybridMultilevel"/>
    <w:tmpl w:val="8B50EE14"/>
    <w:lvl w:ilvl="0" w:tplc="9452738E">
      <w:start w:val="1"/>
      <w:numFmt w:val="bullet"/>
      <w:lvlText w:val=""/>
      <w:lvlJc w:val="left"/>
      <w:pPr>
        <w:ind w:left="720" w:hanging="360"/>
      </w:pPr>
      <w:rPr>
        <w:rFonts w:ascii="Symbol" w:hAnsi="Symbol" w:hint="default"/>
        <w:color w:val="0070C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0984645">
    <w:abstractNumId w:val="8"/>
  </w:num>
  <w:num w:numId="2" w16cid:durableId="1502165203">
    <w:abstractNumId w:val="6"/>
  </w:num>
  <w:num w:numId="3" w16cid:durableId="1558124311">
    <w:abstractNumId w:val="5"/>
  </w:num>
  <w:num w:numId="4" w16cid:durableId="325474905">
    <w:abstractNumId w:val="4"/>
  </w:num>
  <w:num w:numId="5" w16cid:durableId="361050917">
    <w:abstractNumId w:val="7"/>
  </w:num>
  <w:num w:numId="6" w16cid:durableId="1363165159">
    <w:abstractNumId w:val="3"/>
  </w:num>
  <w:num w:numId="7" w16cid:durableId="1218904586">
    <w:abstractNumId w:val="2"/>
  </w:num>
  <w:num w:numId="8" w16cid:durableId="1757626813">
    <w:abstractNumId w:val="1"/>
  </w:num>
  <w:num w:numId="9" w16cid:durableId="1625044448">
    <w:abstractNumId w:val="0"/>
  </w:num>
  <w:num w:numId="10" w16cid:durableId="964970752">
    <w:abstractNumId w:val="10"/>
  </w:num>
  <w:num w:numId="11" w16cid:durableId="1048459015">
    <w:abstractNumId w:val="11"/>
  </w:num>
  <w:num w:numId="12" w16cid:durableId="248513152">
    <w:abstractNumId w:val="9"/>
  </w:num>
  <w:num w:numId="13" w16cid:durableId="18936107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3961"/>
    <w:rsid w:val="00034616"/>
    <w:rsid w:val="00045CE5"/>
    <w:rsid w:val="0006063C"/>
    <w:rsid w:val="00066FA9"/>
    <w:rsid w:val="000930E7"/>
    <w:rsid w:val="000979DA"/>
    <w:rsid w:val="000E736D"/>
    <w:rsid w:val="000F0441"/>
    <w:rsid w:val="00101A4A"/>
    <w:rsid w:val="001026C9"/>
    <w:rsid w:val="00146EB2"/>
    <w:rsid w:val="0015074B"/>
    <w:rsid w:val="00161414"/>
    <w:rsid w:val="00173A2F"/>
    <w:rsid w:val="001817C9"/>
    <w:rsid w:val="00230F01"/>
    <w:rsid w:val="00272446"/>
    <w:rsid w:val="002924E4"/>
    <w:rsid w:val="0029639D"/>
    <w:rsid w:val="002B6F7A"/>
    <w:rsid w:val="002D1DB0"/>
    <w:rsid w:val="002D5ACF"/>
    <w:rsid w:val="002E098A"/>
    <w:rsid w:val="002E6595"/>
    <w:rsid w:val="002E665E"/>
    <w:rsid w:val="003006FD"/>
    <w:rsid w:val="00312F66"/>
    <w:rsid w:val="00326F90"/>
    <w:rsid w:val="00347BBF"/>
    <w:rsid w:val="00352746"/>
    <w:rsid w:val="00355963"/>
    <w:rsid w:val="003641A4"/>
    <w:rsid w:val="00391B71"/>
    <w:rsid w:val="00403827"/>
    <w:rsid w:val="0045440E"/>
    <w:rsid w:val="00465445"/>
    <w:rsid w:val="004844F8"/>
    <w:rsid w:val="004B656D"/>
    <w:rsid w:val="004D2D7E"/>
    <w:rsid w:val="004E4C75"/>
    <w:rsid w:val="005A5AB5"/>
    <w:rsid w:val="005B0475"/>
    <w:rsid w:val="005C08D6"/>
    <w:rsid w:val="005F2A29"/>
    <w:rsid w:val="00611E8B"/>
    <w:rsid w:val="00657180"/>
    <w:rsid w:val="006A5026"/>
    <w:rsid w:val="006A704F"/>
    <w:rsid w:val="006B0893"/>
    <w:rsid w:val="00731684"/>
    <w:rsid w:val="0078034C"/>
    <w:rsid w:val="0079316F"/>
    <w:rsid w:val="007D10C0"/>
    <w:rsid w:val="007D5C7E"/>
    <w:rsid w:val="007F0D19"/>
    <w:rsid w:val="008160E7"/>
    <w:rsid w:val="00893E4B"/>
    <w:rsid w:val="008A74E9"/>
    <w:rsid w:val="009F1DE9"/>
    <w:rsid w:val="009F786A"/>
    <w:rsid w:val="00A46979"/>
    <w:rsid w:val="00A919EC"/>
    <w:rsid w:val="00AA1D8D"/>
    <w:rsid w:val="00AB46BB"/>
    <w:rsid w:val="00AC7F5F"/>
    <w:rsid w:val="00AE7059"/>
    <w:rsid w:val="00B053C9"/>
    <w:rsid w:val="00B303C4"/>
    <w:rsid w:val="00B47730"/>
    <w:rsid w:val="00B52945"/>
    <w:rsid w:val="00B72C29"/>
    <w:rsid w:val="00B95332"/>
    <w:rsid w:val="00BB2D11"/>
    <w:rsid w:val="00BE7615"/>
    <w:rsid w:val="00C02A25"/>
    <w:rsid w:val="00C03344"/>
    <w:rsid w:val="00C0693B"/>
    <w:rsid w:val="00C10774"/>
    <w:rsid w:val="00C35018"/>
    <w:rsid w:val="00C54BFD"/>
    <w:rsid w:val="00C54C11"/>
    <w:rsid w:val="00C55006"/>
    <w:rsid w:val="00C82ACA"/>
    <w:rsid w:val="00C938C4"/>
    <w:rsid w:val="00CB0664"/>
    <w:rsid w:val="00CC3065"/>
    <w:rsid w:val="00CF0586"/>
    <w:rsid w:val="00CF143F"/>
    <w:rsid w:val="00CF7104"/>
    <w:rsid w:val="00D02647"/>
    <w:rsid w:val="00D02E2F"/>
    <w:rsid w:val="00D12D72"/>
    <w:rsid w:val="00D459D1"/>
    <w:rsid w:val="00D742C5"/>
    <w:rsid w:val="00D86EEB"/>
    <w:rsid w:val="00DE1002"/>
    <w:rsid w:val="00DE4693"/>
    <w:rsid w:val="00DE74DD"/>
    <w:rsid w:val="00E2684A"/>
    <w:rsid w:val="00E5353E"/>
    <w:rsid w:val="00E9128B"/>
    <w:rsid w:val="00EC0500"/>
    <w:rsid w:val="00EE39B9"/>
    <w:rsid w:val="00EF38EC"/>
    <w:rsid w:val="00EF5707"/>
    <w:rsid w:val="00F52324"/>
    <w:rsid w:val="00F738EA"/>
    <w:rsid w:val="00F97AC6"/>
    <w:rsid w:val="00FC097A"/>
    <w:rsid w:val="00FC693F"/>
    <w:rsid w:val="00FD6205"/>
    <w:rsid w:val="00FF07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F24C88"/>
  <w14:defaultImageDpi w14:val="300"/>
  <w15:docId w15:val="{DCE976F0-1899-4890-933A-922DE9C55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F738EA"/>
    <w:rPr>
      <w:sz w:val="16"/>
      <w:szCs w:val="16"/>
    </w:rPr>
  </w:style>
  <w:style w:type="paragraph" w:styleId="CommentText">
    <w:name w:val="annotation text"/>
    <w:basedOn w:val="Normal"/>
    <w:link w:val="CommentTextChar"/>
    <w:uiPriority w:val="99"/>
    <w:unhideWhenUsed/>
    <w:rsid w:val="00F738EA"/>
    <w:pPr>
      <w:spacing w:line="240" w:lineRule="auto"/>
    </w:pPr>
    <w:rPr>
      <w:sz w:val="20"/>
      <w:szCs w:val="20"/>
    </w:rPr>
  </w:style>
  <w:style w:type="character" w:customStyle="1" w:styleId="CommentTextChar">
    <w:name w:val="Comment Text Char"/>
    <w:basedOn w:val="DefaultParagraphFont"/>
    <w:link w:val="CommentText"/>
    <w:uiPriority w:val="99"/>
    <w:rsid w:val="00F738EA"/>
    <w:rPr>
      <w:sz w:val="20"/>
      <w:szCs w:val="20"/>
    </w:rPr>
  </w:style>
  <w:style w:type="paragraph" w:styleId="CommentSubject">
    <w:name w:val="annotation subject"/>
    <w:basedOn w:val="CommentText"/>
    <w:next w:val="CommentText"/>
    <w:link w:val="CommentSubjectChar"/>
    <w:uiPriority w:val="99"/>
    <w:semiHidden/>
    <w:unhideWhenUsed/>
    <w:rsid w:val="00F738EA"/>
    <w:rPr>
      <w:b/>
      <w:bCs/>
    </w:rPr>
  </w:style>
  <w:style w:type="character" w:customStyle="1" w:styleId="CommentSubjectChar">
    <w:name w:val="Comment Subject Char"/>
    <w:basedOn w:val="CommentTextChar"/>
    <w:link w:val="CommentSubject"/>
    <w:uiPriority w:val="99"/>
    <w:semiHidden/>
    <w:rsid w:val="00F738EA"/>
    <w:rPr>
      <w:b/>
      <w:bCs/>
      <w:sz w:val="20"/>
      <w:szCs w:val="20"/>
    </w:rPr>
  </w:style>
  <w:style w:type="paragraph" w:styleId="Revision">
    <w:name w:val="Revision"/>
    <w:hidden/>
    <w:uiPriority w:val="99"/>
    <w:semiHidden/>
    <w:rsid w:val="00F738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2</Pages>
  <Words>2385</Words>
  <Characters>1360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Daiva Šalkauskė</cp:lastModifiedBy>
  <cp:revision>27</cp:revision>
  <dcterms:created xsi:type="dcterms:W3CDTF">2026-07-28T08:24:00Z</dcterms:created>
  <dcterms:modified xsi:type="dcterms:W3CDTF">2026-08-14T08:08:00Z</dcterms:modified>
  <cp:category/>
</cp:coreProperties>
</file>